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33FDD47" w14:textId="4685CA0E" w:rsidR="00A32449" w:rsidRDefault="00000000" w:rsidP="00DA5D81">
      <w:pPr>
        <w:spacing w:after="140"/>
        <w:jc w:val="center"/>
      </w:pPr>
      <w:r>
        <w:rPr>
          <w:b/>
          <w:sz w:val="30"/>
        </w:rPr>
        <w:t xml:space="preserve">Felipe Ehrenberg </w:t>
      </w:r>
      <w:r w:rsidR="00DA5D81">
        <w:rPr>
          <w:b/>
          <w:sz w:val="30"/>
        </w:rPr>
        <w:t>– Please Read Carefully – Somers Gallery</w:t>
      </w:r>
    </w:p>
    <w:p w14:paraId="01E75F9F" w14:textId="77777777" w:rsidR="000E3A69" w:rsidRDefault="000E3A69"/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665"/>
        <w:gridCol w:w="7228"/>
      </w:tblGrid>
      <w:tr w:rsidR="00A32449" w14:paraId="7018A9F9" w14:textId="77777777">
        <w:trPr>
          <w:cantSplit/>
          <w:jc w:val="center"/>
        </w:trPr>
        <w:tc>
          <w:tcPr>
            <w:tcW w:w="2665" w:type="dxa"/>
            <w:tcBorders>
              <w:bottom w:val="single" w:sz="4" w:space="0" w:color="D9D9D9"/>
            </w:tcBorders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79AC7355" w14:textId="77777777" w:rsidR="00A32449" w:rsidRDefault="00000000">
            <w:pPr>
              <w:spacing w:before="40" w:after="40"/>
              <w:jc w:val="center"/>
            </w:pPr>
            <w:r>
              <w:rPr>
                <w:noProof/>
              </w:rPr>
              <w:drawing>
                <wp:inline distT="0" distB="0" distL="0" distR="0" wp14:anchorId="7A9C71D0" wp14:editId="5EC72FC6">
                  <wp:extent cx="1475999" cy="11070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01_John_Jackie_Anne_Moyra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5999" cy="1107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28" w:type="dxa"/>
            <w:tcBorders>
              <w:bottom w:val="single" w:sz="4" w:space="0" w:color="D9D9D9"/>
            </w:tcBorders>
            <w:tcMar>
              <w:top w:w="90" w:type="dxa"/>
              <w:left w:w="140" w:type="dxa"/>
              <w:bottom w:w="90" w:type="dxa"/>
              <w:right w:w="80" w:type="dxa"/>
            </w:tcMar>
            <w:vAlign w:val="center"/>
          </w:tcPr>
          <w:p w14:paraId="67D181D5" w14:textId="77777777" w:rsidR="00A32449" w:rsidRDefault="00000000">
            <w:pPr>
              <w:spacing w:before="20" w:after="60"/>
            </w:pPr>
            <w:r>
              <w:rPr>
                <w:b/>
                <w:sz w:val="22"/>
              </w:rPr>
              <w:t>John, Jackie, Anne, Moyra</w:t>
            </w:r>
          </w:p>
          <w:p w14:paraId="6B6EAF41" w14:textId="77777777" w:rsidR="00A32449" w:rsidRDefault="00000000">
            <w:pPr>
              <w:spacing w:after="30"/>
            </w:pPr>
            <w:r>
              <w:rPr>
                <w:b/>
                <w:sz w:val="17"/>
              </w:rPr>
              <w:t xml:space="preserve">Medium: </w:t>
            </w:r>
            <w:r>
              <w:rPr>
                <w:sz w:val="17"/>
              </w:rPr>
              <w:t>mimeograph print on yellow paper with watermark</w:t>
            </w:r>
          </w:p>
          <w:p w14:paraId="10463984" w14:textId="77777777" w:rsidR="00A32449" w:rsidRDefault="00000000">
            <w:pPr>
              <w:spacing w:after="30"/>
            </w:pPr>
            <w:r>
              <w:rPr>
                <w:b/>
                <w:sz w:val="17"/>
              </w:rPr>
              <w:t xml:space="preserve">Year: </w:t>
            </w:r>
            <w:r>
              <w:rPr>
                <w:sz w:val="17"/>
              </w:rPr>
              <w:t>1972</w:t>
            </w:r>
          </w:p>
          <w:p w14:paraId="71193BD1" w14:textId="77777777" w:rsidR="00A32449" w:rsidRDefault="00000000">
            <w:pPr>
              <w:spacing w:after="30"/>
            </w:pPr>
            <w:r>
              <w:rPr>
                <w:b/>
                <w:sz w:val="17"/>
              </w:rPr>
              <w:t xml:space="preserve">Price: </w:t>
            </w:r>
            <w:r>
              <w:rPr>
                <w:sz w:val="17"/>
              </w:rPr>
              <w:t>$320</w:t>
            </w:r>
          </w:p>
        </w:tc>
      </w:tr>
      <w:tr w:rsidR="00A32449" w14:paraId="572EEC50" w14:textId="77777777">
        <w:trPr>
          <w:cantSplit/>
          <w:jc w:val="center"/>
        </w:trPr>
        <w:tc>
          <w:tcPr>
            <w:tcW w:w="2665" w:type="dxa"/>
            <w:tcBorders>
              <w:bottom w:val="single" w:sz="4" w:space="0" w:color="D9D9D9"/>
            </w:tcBorders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7D3DA89E" w14:textId="77777777" w:rsidR="00A32449" w:rsidRDefault="00000000">
            <w:pPr>
              <w:spacing w:before="40" w:after="40"/>
              <w:jc w:val="center"/>
            </w:pPr>
            <w:r>
              <w:rPr>
                <w:noProof/>
              </w:rPr>
              <w:drawing>
                <wp:inline distT="0" distB="0" distL="0" distR="0" wp14:anchorId="1A809879" wp14:editId="52660FC1">
                  <wp:extent cx="1475999" cy="110700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02_Reina.jp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5999" cy="1107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28" w:type="dxa"/>
            <w:tcBorders>
              <w:bottom w:val="single" w:sz="4" w:space="0" w:color="D9D9D9"/>
            </w:tcBorders>
            <w:tcMar>
              <w:top w:w="90" w:type="dxa"/>
              <w:left w:w="140" w:type="dxa"/>
              <w:bottom w:w="90" w:type="dxa"/>
              <w:right w:w="80" w:type="dxa"/>
            </w:tcMar>
            <w:vAlign w:val="center"/>
          </w:tcPr>
          <w:p w14:paraId="417ABCA5" w14:textId="77777777" w:rsidR="00A32449" w:rsidRDefault="00000000">
            <w:pPr>
              <w:spacing w:before="20" w:after="60"/>
            </w:pPr>
            <w:r>
              <w:rPr>
                <w:b/>
                <w:sz w:val="22"/>
              </w:rPr>
              <w:t>Reina</w:t>
            </w:r>
          </w:p>
          <w:p w14:paraId="1CA3DA8A" w14:textId="77777777" w:rsidR="00A32449" w:rsidRDefault="00000000">
            <w:pPr>
              <w:spacing w:after="30"/>
            </w:pPr>
            <w:r>
              <w:rPr>
                <w:b/>
                <w:sz w:val="17"/>
              </w:rPr>
              <w:t xml:space="preserve">Medium: </w:t>
            </w:r>
            <w:r>
              <w:rPr>
                <w:sz w:val="17"/>
              </w:rPr>
              <w:t>mimeograph print on ivory paper with watermark</w:t>
            </w:r>
          </w:p>
          <w:p w14:paraId="55039661" w14:textId="77777777" w:rsidR="00A32449" w:rsidRDefault="00000000">
            <w:pPr>
              <w:spacing w:after="30"/>
            </w:pPr>
            <w:r>
              <w:rPr>
                <w:b/>
                <w:sz w:val="17"/>
              </w:rPr>
              <w:t xml:space="preserve">Year: </w:t>
            </w:r>
            <w:r>
              <w:rPr>
                <w:sz w:val="17"/>
              </w:rPr>
              <w:t>1972</w:t>
            </w:r>
          </w:p>
          <w:p w14:paraId="05ACF490" w14:textId="77777777" w:rsidR="00A32449" w:rsidRDefault="00000000">
            <w:pPr>
              <w:spacing w:after="30"/>
            </w:pPr>
            <w:r>
              <w:rPr>
                <w:b/>
                <w:sz w:val="17"/>
              </w:rPr>
              <w:t xml:space="preserve">Price: </w:t>
            </w:r>
            <w:r>
              <w:rPr>
                <w:sz w:val="17"/>
              </w:rPr>
              <w:t>$320</w:t>
            </w:r>
          </w:p>
        </w:tc>
      </w:tr>
      <w:tr w:rsidR="00A32449" w14:paraId="247F700E" w14:textId="77777777">
        <w:trPr>
          <w:cantSplit/>
          <w:jc w:val="center"/>
        </w:trPr>
        <w:tc>
          <w:tcPr>
            <w:tcW w:w="2665" w:type="dxa"/>
            <w:tcBorders>
              <w:bottom w:val="single" w:sz="4" w:space="0" w:color="D9D9D9"/>
            </w:tcBorders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3E2C9526" w14:textId="77777777" w:rsidR="00A32449" w:rsidRDefault="00000000">
            <w:pPr>
              <w:spacing w:before="40" w:after="40"/>
              <w:jc w:val="center"/>
            </w:pPr>
            <w:r>
              <w:rPr>
                <w:noProof/>
              </w:rPr>
              <w:drawing>
                <wp:inline distT="0" distB="0" distL="0" distR="0" wp14:anchorId="307748FD" wp14:editId="6B37DEA2">
                  <wp:extent cx="999000" cy="1332000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03_Polygonal_Workshop.jp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9000" cy="133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28" w:type="dxa"/>
            <w:tcBorders>
              <w:bottom w:val="single" w:sz="4" w:space="0" w:color="D9D9D9"/>
            </w:tcBorders>
            <w:tcMar>
              <w:top w:w="90" w:type="dxa"/>
              <w:left w:w="140" w:type="dxa"/>
              <w:bottom w:w="90" w:type="dxa"/>
              <w:right w:w="80" w:type="dxa"/>
            </w:tcMar>
            <w:vAlign w:val="center"/>
          </w:tcPr>
          <w:p w14:paraId="4F62B5B6" w14:textId="77777777" w:rsidR="00A32449" w:rsidRDefault="00000000">
            <w:pPr>
              <w:spacing w:before="20" w:after="60"/>
            </w:pPr>
            <w:r>
              <w:rPr>
                <w:b/>
                <w:sz w:val="22"/>
              </w:rPr>
              <w:t>Polygonal Workshop</w:t>
            </w:r>
          </w:p>
          <w:p w14:paraId="18E1D7F8" w14:textId="77777777" w:rsidR="00A32449" w:rsidRDefault="00000000">
            <w:pPr>
              <w:spacing w:after="30"/>
            </w:pPr>
            <w:r>
              <w:rPr>
                <w:b/>
                <w:sz w:val="17"/>
              </w:rPr>
              <w:t xml:space="preserve">Medium: </w:t>
            </w:r>
            <w:r>
              <w:rPr>
                <w:sz w:val="17"/>
              </w:rPr>
              <w:t>print on black card</w:t>
            </w:r>
          </w:p>
          <w:p w14:paraId="2B26F832" w14:textId="77777777" w:rsidR="00A32449" w:rsidRDefault="00000000">
            <w:pPr>
              <w:spacing w:after="30"/>
            </w:pPr>
            <w:r>
              <w:rPr>
                <w:b/>
                <w:sz w:val="17"/>
              </w:rPr>
              <w:t xml:space="preserve">Year: </w:t>
            </w:r>
            <w:r>
              <w:rPr>
                <w:sz w:val="17"/>
              </w:rPr>
              <w:t>1970</w:t>
            </w:r>
          </w:p>
          <w:p w14:paraId="110C6B5C" w14:textId="77777777" w:rsidR="00A32449" w:rsidRDefault="00000000">
            <w:pPr>
              <w:spacing w:after="30"/>
            </w:pPr>
            <w:r>
              <w:rPr>
                <w:b/>
                <w:sz w:val="17"/>
              </w:rPr>
              <w:t xml:space="preserve">Price: </w:t>
            </w:r>
            <w:r>
              <w:rPr>
                <w:sz w:val="17"/>
              </w:rPr>
              <w:t>$75</w:t>
            </w:r>
          </w:p>
        </w:tc>
      </w:tr>
      <w:tr w:rsidR="00A32449" w14:paraId="00803526" w14:textId="77777777">
        <w:trPr>
          <w:cantSplit/>
          <w:jc w:val="center"/>
        </w:trPr>
        <w:tc>
          <w:tcPr>
            <w:tcW w:w="2665" w:type="dxa"/>
            <w:tcBorders>
              <w:bottom w:val="single" w:sz="4" w:space="0" w:color="D9D9D9"/>
            </w:tcBorders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47FA9570" w14:textId="77777777" w:rsidR="00A32449" w:rsidRDefault="00000000">
            <w:pPr>
              <w:spacing w:before="40" w:after="40"/>
              <w:jc w:val="center"/>
            </w:pPr>
            <w:r>
              <w:rPr>
                <w:noProof/>
              </w:rPr>
              <w:drawing>
                <wp:inline distT="0" distB="0" distL="0" distR="0" wp14:anchorId="5964ED0D" wp14:editId="0FE703D6">
                  <wp:extent cx="1475999" cy="1107000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04_Angel_caido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5999" cy="1107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28" w:type="dxa"/>
            <w:tcBorders>
              <w:bottom w:val="single" w:sz="4" w:space="0" w:color="D9D9D9"/>
            </w:tcBorders>
            <w:tcMar>
              <w:top w:w="90" w:type="dxa"/>
              <w:left w:w="140" w:type="dxa"/>
              <w:bottom w:w="90" w:type="dxa"/>
              <w:right w:w="80" w:type="dxa"/>
            </w:tcMar>
            <w:vAlign w:val="center"/>
          </w:tcPr>
          <w:p w14:paraId="7343C70C" w14:textId="77777777" w:rsidR="00A32449" w:rsidRDefault="00000000">
            <w:pPr>
              <w:spacing w:before="20" w:after="60"/>
            </w:pPr>
            <w:r>
              <w:rPr>
                <w:b/>
                <w:sz w:val="22"/>
              </w:rPr>
              <w:t>Ángel caído</w:t>
            </w:r>
          </w:p>
          <w:p w14:paraId="0A37FDA4" w14:textId="77777777" w:rsidR="00A32449" w:rsidRDefault="00000000">
            <w:pPr>
              <w:spacing w:after="30"/>
            </w:pPr>
            <w:r>
              <w:rPr>
                <w:b/>
                <w:sz w:val="17"/>
              </w:rPr>
              <w:t xml:space="preserve">Medium: </w:t>
            </w:r>
            <w:r>
              <w:rPr>
                <w:sz w:val="17"/>
              </w:rPr>
              <w:t>mimeograph print on yellow paper with watermark</w:t>
            </w:r>
          </w:p>
          <w:p w14:paraId="210A2DCF" w14:textId="77777777" w:rsidR="00A32449" w:rsidRDefault="00000000">
            <w:pPr>
              <w:spacing w:after="30"/>
            </w:pPr>
            <w:r>
              <w:rPr>
                <w:b/>
                <w:sz w:val="17"/>
              </w:rPr>
              <w:t xml:space="preserve">Year: </w:t>
            </w:r>
            <w:r>
              <w:rPr>
                <w:sz w:val="17"/>
              </w:rPr>
              <w:t>1972</w:t>
            </w:r>
          </w:p>
          <w:p w14:paraId="1E8C1EA4" w14:textId="77777777" w:rsidR="00A32449" w:rsidRDefault="00000000">
            <w:pPr>
              <w:spacing w:after="30"/>
            </w:pPr>
            <w:r>
              <w:rPr>
                <w:b/>
                <w:sz w:val="17"/>
              </w:rPr>
              <w:t xml:space="preserve">Price: </w:t>
            </w:r>
            <w:r>
              <w:rPr>
                <w:sz w:val="17"/>
              </w:rPr>
              <w:t>$320</w:t>
            </w:r>
          </w:p>
        </w:tc>
      </w:tr>
      <w:tr w:rsidR="00A32449" w14:paraId="5295CE51" w14:textId="77777777">
        <w:trPr>
          <w:cantSplit/>
          <w:jc w:val="center"/>
        </w:trPr>
        <w:tc>
          <w:tcPr>
            <w:tcW w:w="2665" w:type="dxa"/>
            <w:tcBorders>
              <w:bottom w:val="single" w:sz="4" w:space="0" w:color="D9D9D9"/>
            </w:tcBorders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5183B5CA" w14:textId="77777777" w:rsidR="00A32449" w:rsidRDefault="00000000">
            <w:pPr>
              <w:spacing w:before="40" w:after="40"/>
              <w:jc w:val="center"/>
            </w:pPr>
            <w:r>
              <w:rPr>
                <w:noProof/>
              </w:rPr>
              <w:drawing>
                <wp:inline distT="0" distB="0" distL="0" distR="0" wp14:anchorId="2C8AE2BD" wp14:editId="672936C3">
                  <wp:extent cx="1475999" cy="1107000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05_Pentel_Sign_Pen_made_in_Japan.jp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5999" cy="1107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28" w:type="dxa"/>
            <w:tcBorders>
              <w:bottom w:val="single" w:sz="4" w:space="0" w:color="D9D9D9"/>
            </w:tcBorders>
            <w:tcMar>
              <w:top w:w="90" w:type="dxa"/>
              <w:left w:w="140" w:type="dxa"/>
              <w:bottom w:w="90" w:type="dxa"/>
              <w:right w:w="80" w:type="dxa"/>
            </w:tcMar>
            <w:vAlign w:val="center"/>
          </w:tcPr>
          <w:p w14:paraId="44E1EF0F" w14:textId="77777777" w:rsidR="00A32449" w:rsidRDefault="00000000">
            <w:pPr>
              <w:spacing w:before="20" w:after="60"/>
            </w:pPr>
            <w:r>
              <w:rPr>
                <w:b/>
                <w:sz w:val="22"/>
              </w:rPr>
              <w:t>Pentel Sign Pen (made in Japan)</w:t>
            </w:r>
          </w:p>
          <w:p w14:paraId="2A9CEE3D" w14:textId="77777777" w:rsidR="00A32449" w:rsidRDefault="00000000">
            <w:pPr>
              <w:spacing w:after="30"/>
            </w:pPr>
            <w:r>
              <w:rPr>
                <w:b/>
                <w:sz w:val="17"/>
              </w:rPr>
              <w:t xml:space="preserve">Medium: </w:t>
            </w:r>
            <w:r>
              <w:rPr>
                <w:sz w:val="17"/>
              </w:rPr>
              <w:t>pen and coloured marker</w:t>
            </w:r>
          </w:p>
          <w:p w14:paraId="616C6131" w14:textId="77777777" w:rsidR="00A32449" w:rsidRDefault="00000000">
            <w:pPr>
              <w:spacing w:after="30"/>
            </w:pPr>
            <w:r>
              <w:rPr>
                <w:b/>
                <w:sz w:val="17"/>
              </w:rPr>
              <w:t xml:space="preserve">Year: </w:t>
            </w:r>
            <w:r>
              <w:rPr>
                <w:sz w:val="17"/>
              </w:rPr>
              <w:t>1970 (1790)</w:t>
            </w:r>
          </w:p>
          <w:p w14:paraId="15D97623" w14:textId="77777777" w:rsidR="00A32449" w:rsidRDefault="00000000">
            <w:pPr>
              <w:spacing w:after="30"/>
            </w:pPr>
            <w:r>
              <w:rPr>
                <w:b/>
                <w:sz w:val="17"/>
              </w:rPr>
              <w:t xml:space="preserve">Price: </w:t>
            </w:r>
            <w:r>
              <w:rPr>
                <w:sz w:val="17"/>
              </w:rPr>
              <w:t>$1,800</w:t>
            </w:r>
          </w:p>
        </w:tc>
      </w:tr>
      <w:tr w:rsidR="00A32449" w14:paraId="260A692C" w14:textId="77777777">
        <w:trPr>
          <w:cantSplit/>
          <w:jc w:val="center"/>
        </w:trPr>
        <w:tc>
          <w:tcPr>
            <w:tcW w:w="2665" w:type="dxa"/>
            <w:tcBorders>
              <w:bottom w:val="single" w:sz="4" w:space="0" w:color="D9D9D9"/>
            </w:tcBorders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5818DCB4" w14:textId="77777777" w:rsidR="00A32449" w:rsidRDefault="00000000">
            <w:pPr>
              <w:spacing w:before="40" w:after="40"/>
              <w:jc w:val="center"/>
            </w:pPr>
            <w:r>
              <w:rPr>
                <w:noProof/>
              </w:rPr>
              <w:drawing>
                <wp:inline distT="0" distB="0" distL="0" distR="0" wp14:anchorId="3326C955" wp14:editId="72068A55">
                  <wp:extent cx="999000" cy="1332000"/>
                  <wp:effectExtent l="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06_Derrumbe_Cultural.jp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9000" cy="133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28" w:type="dxa"/>
            <w:tcBorders>
              <w:bottom w:val="single" w:sz="4" w:space="0" w:color="D9D9D9"/>
            </w:tcBorders>
            <w:tcMar>
              <w:top w:w="90" w:type="dxa"/>
              <w:left w:w="140" w:type="dxa"/>
              <w:bottom w:w="90" w:type="dxa"/>
              <w:right w:w="80" w:type="dxa"/>
            </w:tcMar>
            <w:vAlign w:val="center"/>
          </w:tcPr>
          <w:p w14:paraId="4CD7D914" w14:textId="77777777" w:rsidR="00A32449" w:rsidRDefault="00000000">
            <w:pPr>
              <w:spacing w:before="20" w:after="60"/>
            </w:pPr>
            <w:r>
              <w:rPr>
                <w:b/>
                <w:sz w:val="22"/>
              </w:rPr>
              <w:t>Derrumbe Cultural</w:t>
            </w:r>
          </w:p>
          <w:p w14:paraId="0FAFBF7E" w14:textId="77777777" w:rsidR="00A32449" w:rsidRDefault="00000000">
            <w:pPr>
              <w:spacing w:after="30"/>
            </w:pPr>
            <w:r>
              <w:rPr>
                <w:b/>
                <w:sz w:val="17"/>
              </w:rPr>
              <w:t xml:space="preserve">Medium: </w:t>
            </w:r>
            <w:r>
              <w:rPr>
                <w:sz w:val="17"/>
              </w:rPr>
              <w:t>mimeograph</w:t>
            </w:r>
          </w:p>
          <w:p w14:paraId="6451F57A" w14:textId="77777777" w:rsidR="00A32449" w:rsidRDefault="00000000">
            <w:pPr>
              <w:spacing w:after="30"/>
            </w:pPr>
            <w:r>
              <w:rPr>
                <w:b/>
                <w:sz w:val="17"/>
              </w:rPr>
              <w:t xml:space="preserve">Year: </w:t>
            </w:r>
            <w:r>
              <w:rPr>
                <w:sz w:val="17"/>
              </w:rPr>
              <w:t>1972</w:t>
            </w:r>
          </w:p>
          <w:p w14:paraId="374325B5" w14:textId="77777777" w:rsidR="00A32449" w:rsidRDefault="00000000">
            <w:pPr>
              <w:spacing w:after="30"/>
            </w:pPr>
            <w:r>
              <w:rPr>
                <w:b/>
                <w:sz w:val="17"/>
              </w:rPr>
              <w:t xml:space="preserve">Price: </w:t>
            </w:r>
            <w:r>
              <w:rPr>
                <w:sz w:val="17"/>
              </w:rPr>
              <w:t>$350</w:t>
            </w:r>
          </w:p>
        </w:tc>
      </w:tr>
      <w:tr w:rsidR="00A32449" w14:paraId="37E0AE28" w14:textId="77777777">
        <w:trPr>
          <w:cantSplit/>
          <w:jc w:val="center"/>
        </w:trPr>
        <w:tc>
          <w:tcPr>
            <w:tcW w:w="2665" w:type="dxa"/>
            <w:tcBorders>
              <w:bottom w:val="single" w:sz="4" w:space="0" w:color="D9D9D9"/>
            </w:tcBorders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78717D58" w14:textId="77777777" w:rsidR="00A32449" w:rsidRDefault="00000000">
            <w:pPr>
              <w:spacing w:before="40" w:after="40"/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 wp14:anchorId="7FF5D184" wp14:editId="1473B1B6">
                  <wp:extent cx="1475999" cy="1107000"/>
                  <wp:effectExtent l="0" t="0" r="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07_Fluxshoes.jp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5999" cy="1107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28" w:type="dxa"/>
            <w:tcBorders>
              <w:bottom w:val="single" w:sz="4" w:space="0" w:color="D9D9D9"/>
            </w:tcBorders>
            <w:tcMar>
              <w:top w:w="90" w:type="dxa"/>
              <w:left w:w="140" w:type="dxa"/>
              <w:bottom w:w="90" w:type="dxa"/>
              <w:right w:w="80" w:type="dxa"/>
            </w:tcMar>
            <w:vAlign w:val="center"/>
          </w:tcPr>
          <w:p w14:paraId="34E29A4C" w14:textId="77777777" w:rsidR="00A32449" w:rsidRDefault="00000000">
            <w:pPr>
              <w:spacing w:before="20" w:after="60"/>
            </w:pPr>
            <w:r>
              <w:rPr>
                <w:b/>
                <w:sz w:val="22"/>
              </w:rPr>
              <w:t>Fluxshoes</w:t>
            </w:r>
          </w:p>
          <w:p w14:paraId="74461CB7" w14:textId="77777777" w:rsidR="00A32449" w:rsidRDefault="00000000">
            <w:pPr>
              <w:spacing w:after="30"/>
            </w:pPr>
            <w:r>
              <w:rPr>
                <w:b/>
                <w:sz w:val="17"/>
              </w:rPr>
              <w:t xml:space="preserve">Medium: </w:t>
            </w:r>
            <w:r>
              <w:rPr>
                <w:sz w:val="17"/>
              </w:rPr>
              <w:t>mimeograph print in different inks</w:t>
            </w:r>
          </w:p>
          <w:p w14:paraId="40C880C8" w14:textId="77777777" w:rsidR="00A32449" w:rsidRDefault="00000000">
            <w:pPr>
              <w:spacing w:after="30"/>
            </w:pPr>
            <w:r>
              <w:rPr>
                <w:b/>
                <w:sz w:val="17"/>
              </w:rPr>
              <w:t xml:space="preserve">Year: </w:t>
            </w:r>
            <w:r>
              <w:rPr>
                <w:sz w:val="17"/>
              </w:rPr>
              <w:t>1972</w:t>
            </w:r>
          </w:p>
          <w:p w14:paraId="67014C80" w14:textId="77777777" w:rsidR="00A32449" w:rsidRDefault="00000000">
            <w:pPr>
              <w:spacing w:after="30"/>
            </w:pPr>
            <w:r>
              <w:rPr>
                <w:b/>
                <w:sz w:val="17"/>
              </w:rPr>
              <w:t xml:space="preserve">Price: </w:t>
            </w:r>
            <w:r>
              <w:rPr>
                <w:sz w:val="17"/>
              </w:rPr>
              <w:t>$50</w:t>
            </w:r>
          </w:p>
        </w:tc>
      </w:tr>
      <w:tr w:rsidR="00A32449" w14:paraId="571B18F9" w14:textId="77777777">
        <w:trPr>
          <w:cantSplit/>
          <w:jc w:val="center"/>
        </w:trPr>
        <w:tc>
          <w:tcPr>
            <w:tcW w:w="2665" w:type="dxa"/>
            <w:tcBorders>
              <w:bottom w:val="single" w:sz="4" w:space="0" w:color="D9D9D9"/>
            </w:tcBorders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4185FE56" w14:textId="77777777" w:rsidR="00A32449" w:rsidRDefault="00000000">
            <w:pPr>
              <w:spacing w:before="40" w:after="40"/>
              <w:jc w:val="center"/>
            </w:pPr>
            <w:r>
              <w:rPr>
                <w:noProof/>
              </w:rPr>
              <w:drawing>
                <wp:inline distT="0" distB="0" distL="0" distR="0" wp14:anchorId="3575573A" wp14:editId="71A02A2D">
                  <wp:extent cx="1475999" cy="1107000"/>
                  <wp:effectExtent l="0" t="0" r="0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08_Brixton_Behind_Prison.jp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5999" cy="1107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28" w:type="dxa"/>
            <w:tcBorders>
              <w:bottom w:val="single" w:sz="4" w:space="0" w:color="D9D9D9"/>
            </w:tcBorders>
            <w:tcMar>
              <w:top w:w="90" w:type="dxa"/>
              <w:left w:w="140" w:type="dxa"/>
              <w:bottom w:w="90" w:type="dxa"/>
              <w:right w:w="80" w:type="dxa"/>
            </w:tcMar>
            <w:vAlign w:val="center"/>
          </w:tcPr>
          <w:p w14:paraId="4C7AFFDC" w14:textId="77777777" w:rsidR="00A32449" w:rsidRDefault="00000000">
            <w:pPr>
              <w:spacing w:before="20" w:after="60"/>
            </w:pPr>
            <w:r>
              <w:rPr>
                <w:b/>
                <w:sz w:val="22"/>
              </w:rPr>
              <w:t>Brixton – Behind-Prison</w:t>
            </w:r>
          </w:p>
          <w:p w14:paraId="25B673DD" w14:textId="77777777" w:rsidR="00A32449" w:rsidRDefault="00000000">
            <w:pPr>
              <w:spacing w:after="30"/>
            </w:pPr>
            <w:r>
              <w:rPr>
                <w:b/>
                <w:sz w:val="17"/>
              </w:rPr>
              <w:t xml:space="preserve">Medium: </w:t>
            </w:r>
            <w:r>
              <w:rPr>
                <w:sz w:val="17"/>
              </w:rPr>
              <w:t>pencil and ink on paper</w:t>
            </w:r>
          </w:p>
          <w:p w14:paraId="6387B010" w14:textId="77777777" w:rsidR="00A32449" w:rsidRDefault="00000000">
            <w:pPr>
              <w:spacing w:after="30"/>
            </w:pPr>
            <w:r>
              <w:rPr>
                <w:b/>
                <w:sz w:val="17"/>
              </w:rPr>
              <w:t xml:space="preserve">Year: </w:t>
            </w:r>
            <w:r>
              <w:rPr>
                <w:sz w:val="17"/>
              </w:rPr>
              <w:t>1971</w:t>
            </w:r>
          </w:p>
          <w:p w14:paraId="677A3A4A" w14:textId="77777777" w:rsidR="00A32449" w:rsidRDefault="00000000">
            <w:pPr>
              <w:spacing w:after="30"/>
            </w:pPr>
            <w:r>
              <w:rPr>
                <w:b/>
                <w:sz w:val="17"/>
              </w:rPr>
              <w:t xml:space="preserve">Price: </w:t>
            </w:r>
            <w:r>
              <w:rPr>
                <w:sz w:val="17"/>
              </w:rPr>
              <w:t>$1,500</w:t>
            </w:r>
          </w:p>
        </w:tc>
      </w:tr>
      <w:tr w:rsidR="00A32449" w14:paraId="40DC8A30" w14:textId="77777777">
        <w:trPr>
          <w:cantSplit/>
          <w:jc w:val="center"/>
        </w:trPr>
        <w:tc>
          <w:tcPr>
            <w:tcW w:w="2665" w:type="dxa"/>
            <w:tcBorders>
              <w:bottom w:val="single" w:sz="4" w:space="0" w:color="D9D9D9"/>
            </w:tcBorders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4599FE78" w14:textId="77777777" w:rsidR="00A32449" w:rsidRDefault="00000000">
            <w:pPr>
              <w:spacing w:before="40" w:after="40"/>
              <w:jc w:val="center"/>
            </w:pPr>
            <w:r>
              <w:rPr>
                <w:noProof/>
              </w:rPr>
              <w:drawing>
                <wp:inline distT="0" distB="0" distL="0" distR="0" wp14:anchorId="287F05F2" wp14:editId="2C13E9A9">
                  <wp:extent cx="1475999" cy="1107000"/>
                  <wp:effectExtent l="0" t="0" r="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09_December_Pentel_Sign_1.jp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5999" cy="1107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28" w:type="dxa"/>
            <w:tcBorders>
              <w:bottom w:val="single" w:sz="4" w:space="0" w:color="D9D9D9"/>
            </w:tcBorders>
            <w:tcMar>
              <w:top w:w="90" w:type="dxa"/>
              <w:left w:w="140" w:type="dxa"/>
              <w:bottom w:w="90" w:type="dxa"/>
              <w:right w:w="80" w:type="dxa"/>
            </w:tcMar>
            <w:vAlign w:val="center"/>
          </w:tcPr>
          <w:p w14:paraId="3FC41EA8" w14:textId="77777777" w:rsidR="00A32449" w:rsidRDefault="00000000">
            <w:pPr>
              <w:spacing w:before="20" w:after="60"/>
            </w:pPr>
            <w:r>
              <w:rPr>
                <w:b/>
                <w:sz w:val="22"/>
              </w:rPr>
              <w:t>December - Pentel Sign #1</w:t>
            </w:r>
          </w:p>
          <w:p w14:paraId="61D8DD6F" w14:textId="77777777" w:rsidR="00A32449" w:rsidRDefault="00000000">
            <w:pPr>
              <w:spacing w:after="30"/>
            </w:pPr>
            <w:r>
              <w:rPr>
                <w:b/>
                <w:sz w:val="17"/>
              </w:rPr>
              <w:t xml:space="preserve">Medium: </w:t>
            </w:r>
            <w:r>
              <w:rPr>
                <w:sz w:val="17"/>
              </w:rPr>
              <w:t>ink and coloured marker</w:t>
            </w:r>
          </w:p>
          <w:p w14:paraId="57B3D353" w14:textId="77777777" w:rsidR="00A32449" w:rsidRDefault="00000000">
            <w:pPr>
              <w:spacing w:after="30"/>
            </w:pPr>
            <w:r>
              <w:rPr>
                <w:b/>
                <w:sz w:val="17"/>
              </w:rPr>
              <w:t xml:space="preserve">Year: </w:t>
            </w:r>
            <w:r>
              <w:rPr>
                <w:sz w:val="17"/>
              </w:rPr>
              <w:t>1790 (1970)</w:t>
            </w:r>
          </w:p>
          <w:p w14:paraId="28BEF57D" w14:textId="77777777" w:rsidR="00A32449" w:rsidRDefault="00000000">
            <w:pPr>
              <w:spacing w:after="30"/>
            </w:pPr>
            <w:r>
              <w:rPr>
                <w:b/>
                <w:sz w:val="17"/>
              </w:rPr>
              <w:t xml:space="preserve">Price: </w:t>
            </w:r>
            <w:r>
              <w:rPr>
                <w:sz w:val="17"/>
              </w:rPr>
              <w:t>$1,800</w:t>
            </w:r>
          </w:p>
        </w:tc>
      </w:tr>
      <w:tr w:rsidR="00A32449" w14:paraId="62A4DBA0" w14:textId="77777777">
        <w:trPr>
          <w:cantSplit/>
          <w:jc w:val="center"/>
        </w:trPr>
        <w:tc>
          <w:tcPr>
            <w:tcW w:w="2665" w:type="dxa"/>
            <w:tcBorders>
              <w:bottom w:val="single" w:sz="4" w:space="0" w:color="D9D9D9"/>
            </w:tcBorders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67AE1BBE" w14:textId="77777777" w:rsidR="00A32449" w:rsidRDefault="00000000">
            <w:pPr>
              <w:spacing w:before="40" w:after="40"/>
              <w:jc w:val="center"/>
            </w:pPr>
            <w:r>
              <w:rPr>
                <w:noProof/>
              </w:rPr>
              <w:drawing>
                <wp:inline distT="0" distB="0" distL="0" distR="0" wp14:anchorId="12F7BC95" wp14:editId="450A5ED8">
                  <wp:extent cx="999000" cy="1332000"/>
                  <wp:effectExtent l="0" t="0" r="0" b="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0_AAaarrrrggghhh.jp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9000" cy="133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28" w:type="dxa"/>
            <w:tcBorders>
              <w:bottom w:val="single" w:sz="4" w:space="0" w:color="D9D9D9"/>
            </w:tcBorders>
            <w:tcMar>
              <w:top w:w="90" w:type="dxa"/>
              <w:left w:w="140" w:type="dxa"/>
              <w:bottom w:w="90" w:type="dxa"/>
              <w:right w:w="80" w:type="dxa"/>
            </w:tcMar>
            <w:vAlign w:val="center"/>
          </w:tcPr>
          <w:p w14:paraId="1D6B2CBB" w14:textId="77777777" w:rsidR="00A32449" w:rsidRDefault="00000000">
            <w:pPr>
              <w:spacing w:before="20" w:after="60"/>
            </w:pPr>
            <w:r>
              <w:rPr>
                <w:b/>
                <w:sz w:val="22"/>
              </w:rPr>
              <w:t>AAaarrrrggghhh</w:t>
            </w:r>
          </w:p>
          <w:p w14:paraId="339FBA35" w14:textId="77777777" w:rsidR="00A32449" w:rsidRDefault="00000000">
            <w:pPr>
              <w:spacing w:after="30"/>
            </w:pPr>
            <w:r>
              <w:rPr>
                <w:b/>
                <w:sz w:val="17"/>
              </w:rPr>
              <w:t xml:space="preserve">Medium: </w:t>
            </w:r>
            <w:r>
              <w:rPr>
                <w:sz w:val="17"/>
              </w:rPr>
              <w:t>mimeograph print, intervened with coloured stamps on both sides</w:t>
            </w:r>
          </w:p>
          <w:p w14:paraId="11B7468B" w14:textId="77777777" w:rsidR="00A32449" w:rsidRDefault="00000000">
            <w:pPr>
              <w:spacing w:after="30"/>
            </w:pPr>
            <w:r>
              <w:rPr>
                <w:b/>
                <w:sz w:val="17"/>
              </w:rPr>
              <w:t xml:space="preserve">Year: </w:t>
            </w:r>
            <w:r>
              <w:rPr>
                <w:sz w:val="17"/>
              </w:rPr>
              <w:t>1974 – double-sided</w:t>
            </w:r>
          </w:p>
          <w:p w14:paraId="3F19FA51" w14:textId="77777777" w:rsidR="00A32449" w:rsidRDefault="00000000">
            <w:pPr>
              <w:spacing w:after="30"/>
            </w:pPr>
            <w:r>
              <w:rPr>
                <w:b/>
                <w:sz w:val="17"/>
              </w:rPr>
              <w:t xml:space="preserve">Price: </w:t>
            </w:r>
            <w:r>
              <w:rPr>
                <w:sz w:val="17"/>
              </w:rPr>
              <w:t>$250</w:t>
            </w:r>
          </w:p>
        </w:tc>
      </w:tr>
      <w:tr w:rsidR="00A32449" w14:paraId="6ABF9B85" w14:textId="77777777">
        <w:trPr>
          <w:cantSplit/>
          <w:jc w:val="center"/>
        </w:trPr>
        <w:tc>
          <w:tcPr>
            <w:tcW w:w="2665" w:type="dxa"/>
            <w:tcBorders>
              <w:bottom w:val="single" w:sz="4" w:space="0" w:color="D9D9D9"/>
            </w:tcBorders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698A8009" w14:textId="77777777" w:rsidR="00A32449" w:rsidRDefault="00000000">
            <w:pPr>
              <w:spacing w:before="40" w:after="40"/>
              <w:jc w:val="center"/>
            </w:pPr>
            <w:r>
              <w:rPr>
                <w:noProof/>
              </w:rPr>
              <w:drawing>
                <wp:inline distT="0" distB="0" distL="0" distR="0" wp14:anchorId="39E55F95" wp14:editId="2F90AC2D">
                  <wp:extent cx="1475999" cy="1107000"/>
                  <wp:effectExtent l="0" t="0" r="0" b="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From_Brixton.jp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5999" cy="1107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28" w:type="dxa"/>
            <w:tcBorders>
              <w:bottom w:val="single" w:sz="4" w:space="0" w:color="D9D9D9"/>
            </w:tcBorders>
            <w:tcMar>
              <w:top w:w="90" w:type="dxa"/>
              <w:left w:w="140" w:type="dxa"/>
              <w:bottom w:w="90" w:type="dxa"/>
              <w:right w:w="80" w:type="dxa"/>
            </w:tcMar>
            <w:vAlign w:val="center"/>
          </w:tcPr>
          <w:p w14:paraId="015EBD3A" w14:textId="77777777" w:rsidR="00A32449" w:rsidRDefault="00000000">
            <w:pPr>
              <w:spacing w:before="20" w:after="60"/>
            </w:pPr>
            <w:r>
              <w:rPr>
                <w:b/>
                <w:sz w:val="22"/>
              </w:rPr>
              <w:t>From Brixton</w:t>
            </w:r>
          </w:p>
          <w:p w14:paraId="2A8E1963" w14:textId="77777777" w:rsidR="00A32449" w:rsidRDefault="00000000">
            <w:pPr>
              <w:spacing w:after="30"/>
            </w:pPr>
            <w:r>
              <w:rPr>
                <w:b/>
                <w:sz w:val="17"/>
              </w:rPr>
              <w:t xml:space="preserve">Medium: </w:t>
            </w:r>
            <w:r>
              <w:rPr>
                <w:sz w:val="17"/>
              </w:rPr>
              <w:t>pen and ink on paper</w:t>
            </w:r>
          </w:p>
          <w:p w14:paraId="2870B11A" w14:textId="77777777" w:rsidR="00A32449" w:rsidRDefault="00000000">
            <w:pPr>
              <w:spacing w:after="30"/>
            </w:pPr>
            <w:r>
              <w:rPr>
                <w:b/>
                <w:sz w:val="17"/>
              </w:rPr>
              <w:t xml:space="preserve">Year: </w:t>
            </w:r>
            <w:r>
              <w:rPr>
                <w:sz w:val="17"/>
              </w:rPr>
              <w:t>1971</w:t>
            </w:r>
          </w:p>
          <w:p w14:paraId="0646F207" w14:textId="77777777" w:rsidR="00A32449" w:rsidRDefault="00000000">
            <w:pPr>
              <w:spacing w:after="30"/>
            </w:pPr>
            <w:r>
              <w:rPr>
                <w:b/>
                <w:sz w:val="17"/>
              </w:rPr>
              <w:t xml:space="preserve">Price: </w:t>
            </w:r>
            <w:r>
              <w:rPr>
                <w:sz w:val="17"/>
              </w:rPr>
              <w:t>$1,000</w:t>
            </w:r>
          </w:p>
        </w:tc>
      </w:tr>
      <w:tr w:rsidR="00A32449" w14:paraId="1E68E089" w14:textId="77777777">
        <w:trPr>
          <w:cantSplit/>
          <w:jc w:val="center"/>
        </w:trPr>
        <w:tc>
          <w:tcPr>
            <w:tcW w:w="2665" w:type="dxa"/>
            <w:tcBorders>
              <w:bottom w:val="single" w:sz="4" w:space="0" w:color="D9D9D9"/>
            </w:tcBorders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53BE1C83" w14:textId="77777777" w:rsidR="00A32449" w:rsidRDefault="00000000">
            <w:pPr>
              <w:spacing w:before="40" w:after="40"/>
              <w:jc w:val="center"/>
            </w:pPr>
            <w:r>
              <w:rPr>
                <w:noProof/>
              </w:rPr>
              <w:drawing>
                <wp:inline distT="0" distB="0" distL="0" distR="0" wp14:anchorId="5C29F40B" wp14:editId="50841E97">
                  <wp:extent cx="1475999" cy="1107000"/>
                  <wp:effectExtent l="0" t="0" r="0" b="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2_A_first_attempt_On_Bus_Route_28.jp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5999" cy="1107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28" w:type="dxa"/>
            <w:tcBorders>
              <w:bottom w:val="single" w:sz="4" w:space="0" w:color="D9D9D9"/>
            </w:tcBorders>
            <w:tcMar>
              <w:top w:w="90" w:type="dxa"/>
              <w:left w:w="140" w:type="dxa"/>
              <w:bottom w:w="90" w:type="dxa"/>
              <w:right w:w="80" w:type="dxa"/>
            </w:tcMar>
            <w:vAlign w:val="center"/>
          </w:tcPr>
          <w:p w14:paraId="3F58B1FE" w14:textId="77777777" w:rsidR="00A32449" w:rsidRDefault="00000000">
            <w:pPr>
              <w:spacing w:before="20" w:after="60"/>
            </w:pPr>
            <w:r>
              <w:rPr>
                <w:b/>
                <w:sz w:val="22"/>
              </w:rPr>
              <w:t>A first attempt – On Bus Route 28</w:t>
            </w:r>
          </w:p>
          <w:p w14:paraId="48B14666" w14:textId="77777777" w:rsidR="00A32449" w:rsidRDefault="00000000">
            <w:pPr>
              <w:spacing w:after="30"/>
            </w:pPr>
            <w:r>
              <w:rPr>
                <w:b/>
                <w:sz w:val="17"/>
              </w:rPr>
              <w:t xml:space="preserve">Medium: </w:t>
            </w:r>
            <w:r>
              <w:rPr>
                <w:sz w:val="17"/>
              </w:rPr>
              <w:t>single-colour print with plasticine stamps</w:t>
            </w:r>
          </w:p>
          <w:p w14:paraId="53E68AD3" w14:textId="77777777" w:rsidR="00A32449" w:rsidRDefault="00000000">
            <w:pPr>
              <w:spacing w:after="30"/>
            </w:pPr>
            <w:r>
              <w:rPr>
                <w:b/>
                <w:sz w:val="17"/>
              </w:rPr>
              <w:t xml:space="preserve">Year: </w:t>
            </w:r>
            <w:r>
              <w:rPr>
                <w:sz w:val="17"/>
              </w:rPr>
              <w:t>1971</w:t>
            </w:r>
          </w:p>
          <w:p w14:paraId="4E689D57" w14:textId="77777777" w:rsidR="00A32449" w:rsidRDefault="00000000">
            <w:pPr>
              <w:spacing w:after="30"/>
            </w:pPr>
            <w:r>
              <w:rPr>
                <w:b/>
                <w:sz w:val="17"/>
              </w:rPr>
              <w:t xml:space="preserve">Price: </w:t>
            </w:r>
            <w:r>
              <w:rPr>
                <w:sz w:val="17"/>
              </w:rPr>
              <w:t>$850</w:t>
            </w:r>
          </w:p>
        </w:tc>
      </w:tr>
      <w:tr w:rsidR="00A32449" w14:paraId="218566D2" w14:textId="77777777">
        <w:trPr>
          <w:cantSplit/>
          <w:jc w:val="center"/>
        </w:trPr>
        <w:tc>
          <w:tcPr>
            <w:tcW w:w="2665" w:type="dxa"/>
            <w:tcBorders>
              <w:bottom w:val="single" w:sz="4" w:space="0" w:color="D9D9D9"/>
            </w:tcBorders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387A97A6" w14:textId="77777777" w:rsidR="00A32449" w:rsidRDefault="00000000">
            <w:pPr>
              <w:spacing w:before="40" w:after="40"/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 wp14:anchorId="77966377" wp14:editId="5F72B98D">
                  <wp:extent cx="1475999" cy="1107000"/>
                  <wp:effectExtent l="0" t="0" r="0" b="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3_Mens_Sana_in_Tabula_Rasa.jp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5999" cy="1107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28" w:type="dxa"/>
            <w:tcBorders>
              <w:bottom w:val="single" w:sz="4" w:space="0" w:color="D9D9D9"/>
            </w:tcBorders>
            <w:tcMar>
              <w:top w:w="90" w:type="dxa"/>
              <w:left w:w="140" w:type="dxa"/>
              <w:bottom w:w="90" w:type="dxa"/>
              <w:right w:w="80" w:type="dxa"/>
            </w:tcMar>
            <w:vAlign w:val="center"/>
          </w:tcPr>
          <w:p w14:paraId="521897C4" w14:textId="77777777" w:rsidR="00A32449" w:rsidRDefault="00000000">
            <w:pPr>
              <w:spacing w:before="20" w:after="60"/>
            </w:pPr>
            <w:r>
              <w:rPr>
                <w:b/>
                <w:sz w:val="22"/>
              </w:rPr>
              <w:t>Mens Sana in Tabula Rasa</w:t>
            </w:r>
          </w:p>
          <w:p w14:paraId="14831997" w14:textId="77777777" w:rsidR="00A32449" w:rsidRDefault="00000000">
            <w:pPr>
              <w:spacing w:after="30"/>
            </w:pPr>
            <w:r>
              <w:rPr>
                <w:b/>
                <w:sz w:val="17"/>
              </w:rPr>
              <w:t xml:space="preserve">Medium: </w:t>
            </w:r>
            <w:r>
              <w:rPr>
                <w:sz w:val="17"/>
              </w:rPr>
              <w:t>mimeograph print in two inks</w:t>
            </w:r>
          </w:p>
          <w:p w14:paraId="0479721A" w14:textId="77777777" w:rsidR="00A32449" w:rsidRDefault="00000000">
            <w:pPr>
              <w:spacing w:after="30"/>
            </w:pPr>
            <w:r>
              <w:rPr>
                <w:b/>
                <w:sz w:val="17"/>
              </w:rPr>
              <w:t xml:space="preserve">Year: </w:t>
            </w:r>
            <w:r>
              <w:rPr>
                <w:sz w:val="17"/>
              </w:rPr>
              <w:t>1972, A/P</w:t>
            </w:r>
          </w:p>
          <w:p w14:paraId="421B046B" w14:textId="77777777" w:rsidR="00A32449" w:rsidRDefault="00000000">
            <w:pPr>
              <w:spacing w:after="30"/>
            </w:pPr>
            <w:r>
              <w:rPr>
                <w:b/>
                <w:sz w:val="17"/>
              </w:rPr>
              <w:t xml:space="preserve">Price: </w:t>
            </w:r>
            <w:r>
              <w:rPr>
                <w:sz w:val="17"/>
              </w:rPr>
              <w:t>$320</w:t>
            </w:r>
          </w:p>
        </w:tc>
      </w:tr>
      <w:tr w:rsidR="00A32449" w14:paraId="29910B11" w14:textId="77777777">
        <w:trPr>
          <w:cantSplit/>
          <w:jc w:val="center"/>
        </w:trPr>
        <w:tc>
          <w:tcPr>
            <w:tcW w:w="2665" w:type="dxa"/>
            <w:tcBorders>
              <w:bottom w:val="single" w:sz="4" w:space="0" w:color="D9D9D9"/>
            </w:tcBorders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15C659FD" w14:textId="77777777" w:rsidR="00A32449" w:rsidRDefault="00000000">
            <w:pPr>
              <w:spacing w:before="40" w:after="40"/>
              <w:jc w:val="center"/>
            </w:pPr>
            <w:r>
              <w:rPr>
                <w:noProof/>
              </w:rPr>
              <w:drawing>
                <wp:inline distT="0" distB="0" distL="0" distR="0" wp14:anchorId="4F4530A9" wp14:editId="2C68A674">
                  <wp:extent cx="1475999" cy="1107000"/>
                  <wp:effectExtent l="0" t="0" r="0" b="0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4_1_Mile_Strings_Instrument.jpg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5999" cy="1107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28" w:type="dxa"/>
            <w:tcBorders>
              <w:bottom w:val="single" w:sz="4" w:space="0" w:color="D9D9D9"/>
            </w:tcBorders>
            <w:tcMar>
              <w:top w:w="90" w:type="dxa"/>
              <w:left w:w="140" w:type="dxa"/>
              <w:bottom w:w="90" w:type="dxa"/>
              <w:right w:w="80" w:type="dxa"/>
            </w:tcMar>
            <w:vAlign w:val="center"/>
          </w:tcPr>
          <w:p w14:paraId="7576EE43" w14:textId="77777777" w:rsidR="00A32449" w:rsidRDefault="00000000">
            <w:pPr>
              <w:spacing w:before="20" w:after="60"/>
            </w:pPr>
            <w:r>
              <w:rPr>
                <w:b/>
                <w:sz w:val="22"/>
              </w:rPr>
              <w:t>1 Mile Strings Instrument</w:t>
            </w:r>
          </w:p>
          <w:p w14:paraId="6E9F78BF" w14:textId="77777777" w:rsidR="00A32449" w:rsidRDefault="00000000">
            <w:pPr>
              <w:spacing w:after="30"/>
            </w:pPr>
            <w:r>
              <w:rPr>
                <w:b/>
                <w:sz w:val="17"/>
              </w:rPr>
              <w:t xml:space="preserve">Medium: </w:t>
            </w:r>
            <w:r>
              <w:rPr>
                <w:sz w:val="17"/>
              </w:rPr>
              <w:t>ink and rubber stamps</w:t>
            </w:r>
          </w:p>
          <w:p w14:paraId="76E833B1" w14:textId="77777777" w:rsidR="00A32449" w:rsidRDefault="00000000">
            <w:pPr>
              <w:spacing w:after="30"/>
            </w:pPr>
            <w:r>
              <w:rPr>
                <w:b/>
                <w:sz w:val="17"/>
              </w:rPr>
              <w:t xml:space="preserve">Year: </w:t>
            </w:r>
            <w:r>
              <w:rPr>
                <w:sz w:val="17"/>
              </w:rPr>
              <w:t>1972</w:t>
            </w:r>
          </w:p>
          <w:p w14:paraId="4513F454" w14:textId="77777777" w:rsidR="00A32449" w:rsidRDefault="00000000">
            <w:pPr>
              <w:spacing w:after="30"/>
            </w:pPr>
            <w:r>
              <w:rPr>
                <w:b/>
                <w:sz w:val="17"/>
              </w:rPr>
              <w:t xml:space="preserve">Price: </w:t>
            </w:r>
            <w:r>
              <w:rPr>
                <w:sz w:val="17"/>
              </w:rPr>
              <w:t>$1,000</w:t>
            </w:r>
          </w:p>
        </w:tc>
      </w:tr>
      <w:tr w:rsidR="00A32449" w14:paraId="14C4C1EE" w14:textId="77777777">
        <w:trPr>
          <w:cantSplit/>
          <w:jc w:val="center"/>
        </w:trPr>
        <w:tc>
          <w:tcPr>
            <w:tcW w:w="2665" w:type="dxa"/>
            <w:tcBorders>
              <w:bottom w:val="single" w:sz="4" w:space="0" w:color="D9D9D9"/>
            </w:tcBorders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3C6248C4" w14:textId="77777777" w:rsidR="00A32449" w:rsidRDefault="00000000">
            <w:pPr>
              <w:spacing w:before="40" w:after="40"/>
              <w:jc w:val="center"/>
            </w:pPr>
            <w:r>
              <w:rPr>
                <w:noProof/>
              </w:rPr>
              <w:drawing>
                <wp:inline distT="0" distB="0" distL="0" distR="0" wp14:anchorId="45C66890" wp14:editId="67A62D88">
                  <wp:extent cx="1475999" cy="1107000"/>
                  <wp:effectExtent l="0" t="0" r="0" b="0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5_1_2_3.jpg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5999" cy="1107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28" w:type="dxa"/>
            <w:tcBorders>
              <w:bottom w:val="single" w:sz="4" w:space="0" w:color="D9D9D9"/>
            </w:tcBorders>
            <w:tcMar>
              <w:top w:w="90" w:type="dxa"/>
              <w:left w:w="140" w:type="dxa"/>
              <w:bottom w:w="90" w:type="dxa"/>
              <w:right w:w="80" w:type="dxa"/>
            </w:tcMar>
            <w:vAlign w:val="center"/>
          </w:tcPr>
          <w:p w14:paraId="218E6CE2" w14:textId="77777777" w:rsidR="00A32449" w:rsidRDefault="00000000">
            <w:pPr>
              <w:spacing w:before="20" w:after="60"/>
            </w:pPr>
            <w:r>
              <w:rPr>
                <w:b/>
                <w:sz w:val="22"/>
              </w:rPr>
              <w:t>1-2-3</w:t>
            </w:r>
          </w:p>
          <w:p w14:paraId="6FF3E03B" w14:textId="77777777" w:rsidR="00A32449" w:rsidRDefault="00000000">
            <w:pPr>
              <w:spacing w:after="30"/>
            </w:pPr>
            <w:r>
              <w:rPr>
                <w:b/>
                <w:sz w:val="17"/>
              </w:rPr>
              <w:t xml:space="preserve">Medium: </w:t>
            </w:r>
            <w:r>
              <w:rPr>
                <w:sz w:val="17"/>
              </w:rPr>
              <w:t>pen and marker, 2 colours</w:t>
            </w:r>
          </w:p>
          <w:p w14:paraId="79EE383B" w14:textId="77777777" w:rsidR="00A32449" w:rsidRDefault="00000000">
            <w:pPr>
              <w:spacing w:after="30"/>
            </w:pPr>
            <w:r>
              <w:rPr>
                <w:b/>
                <w:sz w:val="17"/>
              </w:rPr>
              <w:t xml:space="preserve">Year: </w:t>
            </w:r>
            <w:r>
              <w:rPr>
                <w:sz w:val="17"/>
              </w:rPr>
              <w:t>1971</w:t>
            </w:r>
          </w:p>
          <w:p w14:paraId="42F038ED" w14:textId="77777777" w:rsidR="00A32449" w:rsidRDefault="00000000">
            <w:pPr>
              <w:spacing w:after="30"/>
            </w:pPr>
            <w:r>
              <w:rPr>
                <w:b/>
                <w:sz w:val="17"/>
              </w:rPr>
              <w:t xml:space="preserve">Price: </w:t>
            </w:r>
            <w:r>
              <w:rPr>
                <w:sz w:val="17"/>
              </w:rPr>
              <w:t>$1,000 / $1,200</w:t>
            </w:r>
          </w:p>
        </w:tc>
      </w:tr>
      <w:tr w:rsidR="00A32449" w14:paraId="3983E566" w14:textId="77777777">
        <w:trPr>
          <w:cantSplit/>
          <w:jc w:val="center"/>
        </w:trPr>
        <w:tc>
          <w:tcPr>
            <w:tcW w:w="2665" w:type="dxa"/>
            <w:tcBorders>
              <w:bottom w:val="single" w:sz="4" w:space="0" w:color="D9D9D9"/>
            </w:tcBorders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5B50752A" w14:textId="77777777" w:rsidR="00A32449" w:rsidRDefault="00000000">
            <w:pPr>
              <w:spacing w:before="40" w:after="40"/>
              <w:jc w:val="center"/>
            </w:pPr>
            <w:r>
              <w:rPr>
                <w:noProof/>
              </w:rPr>
              <w:drawing>
                <wp:inline distT="0" distB="0" distL="0" distR="0" wp14:anchorId="6D2DB6B6" wp14:editId="0DC74B12">
                  <wp:extent cx="1475999" cy="1107000"/>
                  <wp:effectExtent l="0" t="0" r="0" b="0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6_Borroso.jpg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5999" cy="1107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28" w:type="dxa"/>
            <w:tcBorders>
              <w:bottom w:val="single" w:sz="4" w:space="0" w:color="D9D9D9"/>
            </w:tcBorders>
            <w:tcMar>
              <w:top w:w="90" w:type="dxa"/>
              <w:left w:w="140" w:type="dxa"/>
              <w:bottom w:w="90" w:type="dxa"/>
              <w:right w:w="80" w:type="dxa"/>
            </w:tcMar>
            <w:vAlign w:val="center"/>
          </w:tcPr>
          <w:p w14:paraId="38ABC4D1" w14:textId="77777777" w:rsidR="00A32449" w:rsidRDefault="00000000">
            <w:pPr>
              <w:spacing w:before="20" w:after="60"/>
            </w:pPr>
            <w:r>
              <w:rPr>
                <w:b/>
                <w:sz w:val="22"/>
              </w:rPr>
              <w:t>Borroso</w:t>
            </w:r>
          </w:p>
          <w:p w14:paraId="30AA69BB" w14:textId="77777777" w:rsidR="00A32449" w:rsidRDefault="00000000">
            <w:pPr>
              <w:spacing w:after="30"/>
            </w:pPr>
            <w:r>
              <w:rPr>
                <w:b/>
                <w:sz w:val="17"/>
              </w:rPr>
              <w:t xml:space="preserve">Medium: </w:t>
            </w:r>
            <w:r>
              <w:rPr>
                <w:sz w:val="17"/>
              </w:rPr>
              <w:t>mimeograph print in two inks</w:t>
            </w:r>
          </w:p>
          <w:p w14:paraId="14A702AD" w14:textId="77777777" w:rsidR="00A32449" w:rsidRDefault="00000000">
            <w:pPr>
              <w:spacing w:after="30"/>
            </w:pPr>
            <w:r>
              <w:rPr>
                <w:b/>
                <w:sz w:val="17"/>
              </w:rPr>
              <w:t xml:space="preserve">Year: </w:t>
            </w:r>
            <w:r>
              <w:rPr>
                <w:sz w:val="17"/>
              </w:rPr>
              <w:t>1971, 14/14</w:t>
            </w:r>
          </w:p>
          <w:p w14:paraId="661E7538" w14:textId="77777777" w:rsidR="00A32449" w:rsidRDefault="00000000">
            <w:pPr>
              <w:spacing w:after="30"/>
            </w:pPr>
            <w:r>
              <w:rPr>
                <w:b/>
                <w:sz w:val="17"/>
              </w:rPr>
              <w:t xml:space="preserve">Price: </w:t>
            </w:r>
            <w:r>
              <w:rPr>
                <w:sz w:val="17"/>
              </w:rPr>
              <w:t>$320</w:t>
            </w:r>
          </w:p>
        </w:tc>
      </w:tr>
      <w:tr w:rsidR="00A32449" w14:paraId="533B2AE8" w14:textId="77777777">
        <w:trPr>
          <w:cantSplit/>
          <w:jc w:val="center"/>
        </w:trPr>
        <w:tc>
          <w:tcPr>
            <w:tcW w:w="2665" w:type="dxa"/>
            <w:tcBorders>
              <w:bottom w:val="single" w:sz="4" w:space="0" w:color="D9D9D9"/>
            </w:tcBorders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14043DCB" w14:textId="77777777" w:rsidR="00A32449" w:rsidRDefault="00000000">
            <w:pPr>
              <w:spacing w:before="40" w:after="40"/>
              <w:jc w:val="center"/>
            </w:pPr>
            <w:r>
              <w:rPr>
                <w:noProof/>
              </w:rPr>
              <w:drawing>
                <wp:inline distT="0" distB="0" distL="0" distR="0" wp14:anchorId="3197BB0C" wp14:editId="24EF761B">
                  <wp:extent cx="999000" cy="1332000"/>
                  <wp:effectExtent l="0" t="0" r="0" b="0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7_Ataud.jpg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9000" cy="133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28" w:type="dxa"/>
            <w:tcBorders>
              <w:bottom w:val="single" w:sz="4" w:space="0" w:color="D9D9D9"/>
            </w:tcBorders>
            <w:tcMar>
              <w:top w:w="90" w:type="dxa"/>
              <w:left w:w="140" w:type="dxa"/>
              <w:bottom w:w="90" w:type="dxa"/>
              <w:right w:w="80" w:type="dxa"/>
            </w:tcMar>
            <w:vAlign w:val="center"/>
          </w:tcPr>
          <w:p w14:paraId="01C35005" w14:textId="77777777" w:rsidR="00A32449" w:rsidRDefault="00000000">
            <w:pPr>
              <w:spacing w:before="20" w:after="60"/>
            </w:pPr>
            <w:r>
              <w:rPr>
                <w:b/>
                <w:sz w:val="22"/>
              </w:rPr>
              <w:t>Ataúd</w:t>
            </w:r>
          </w:p>
          <w:p w14:paraId="3CE176EE" w14:textId="77777777" w:rsidR="00A32449" w:rsidRDefault="00000000">
            <w:pPr>
              <w:spacing w:after="30"/>
            </w:pPr>
            <w:r>
              <w:rPr>
                <w:b/>
                <w:sz w:val="17"/>
              </w:rPr>
              <w:t xml:space="preserve">Medium: </w:t>
            </w:r>
            <w:r>
              <w:rPr>
                <w:sz w:val="17"/>
              </w:rPr>
              <w:t>ink drawing</w:t>
            </w:r>
          </w:p>
          <w:p w14:paraId="309C5B43" w14:textId="77777777" w:rsidR="00A32449" w:rsidRDefault="00000000">
            <w:pPr>
              <w:spacing w:after="30"/>
            </w:pPr>
            <w:r>
              <w:rPr>
                <w:b/>
                <w:sz w:val="17"/>
              </w:rPr>
              <w:t xml:space="preserve">Year: </w:t>
            </w:r>
            <w:r>
              <w:rPr>
                <w:sz w:val="17"/>
              </w:rPr>
              <w:t>1969</w:t>
            </w:r>
          </w:p>
          <w:p w14:paraId="7965D8CD" w14:textId="77777777" w:rsidR="00A32449" w:rsidRDefault="00000000">
            <w:pPr>
              <w:spacing w:after="30"/>
            </w:pPr>
            <w:r>
              <w:rPr>
                <w:b/>
                <w:sz w:val="17"/>
              </w:rPr>
              <w:t xml:space="preserve">Price: </w:t>
            </w:r>
            <w:r>
              <w:rPr>
                <w:sz w:val="17"/>
              </w:rPr>
              <w:t>$320</w:t>
            </w:r>
          </w:p>
        </w:tc>
      </w:tr>
      <w:tr w:rsidR="00A32449" w14:paraId="04CA8D40" w14:textId="77777777">
        <w:trPr>
          <w:cantSplit/>
          <w:jc w:val="center"/>
        </w:trPr>
        <w:tc>
          <w:tcPr>
            <w:tcW w:w="2665" w:type="dxa"/>
            <w:tcBorders>
              <w:bottom w:val="single" w:sz="4" w:space="0" w:color="D9D9D9"/>
            </w:tcBorders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1FE9D87B" w14:textId="77777777" w:rsidR="00A32449" w:rsidRDefault="00000000">
            <w:pPr>
              <w:spacing w:before="40" w:after="40"/>
              <w:jc w:val="center"/>
            </w:pPr>
            <w:r>
              <w:rPr>
                <w:noProof/>
              </w:rPr>
              <w:drawing>
                <wp:inline distT="0" distB="0" distL="0" distR="0" wp14:anchorId="1192ACDF" wp14:editId="42FEB04B">
                  <wp:extent cx="999000" cy="1332000"/>
                  <wp:effectExtent l="0" t="0" r="0" b="0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8_Techo.jpg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9000" cy="133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28" w:type="dxa"/>
            <w:tcBorders>
              <w:bottom w:val="single" w:sz="4" w:space="0" w:color="D9D9D9"/>
            </w:tcBorders>
            <w:tcMar>
              <w:top w:w="90" w:type="dxa"/>
              <w:left w:w="140" w:type="dxa"/>
              <w:bottom w:w="90" w:type="dxa"/>
              <w:right w:w="80" w:type="dxa"/>
            </w:tcMar>
            <w:vAlign w:val="center"/>
          </w:tcPr>
          <w:p w14:paraId="6922A41F" w14:textId="77777777" w:rsidR="00A32449" w:rsidRDefault="00000000">
            <w:pPr>
              <w:spacing w:before="20" w:after="60"/>
            </w:pPr>
            <w:r>
              <w:rPr>
                <w:b/>
                <w:sz w:val="22"/>
              </w:rPr>
              <w:t>Techo</w:t>
            </w:r>
          </w:p>
          <w:p w14:paraId="70FF375D" w14:textId="77777777" w:rsidR="00A32449" w:rsidRDefault="00000000">
            <w:pPr>
              <w:spacing w:after="30"/>
            </w:pPr>
            <w:r>
              <w:rPr>
                <w:b/>
                <w:sz w:val="17"/>
              </w:rPr>
              <w:t xml:space="preserve">Medium: </w:t>
            </w:r>
            <w:r>
              <w:rPr>
                <w:sz w:val="17"/>
              </w:rPr>
              <w:t>India ink drawing</w:t>
            </w:r>
          </w:p>
          <w:p w14:paraId="09FBDF87" w14:textId="77777777" w:rsidR="00A32449" w:rsidRDefault="00000000">
            <w:pPr>
              <w:spacing w:after="30"/>
            </w:pPr>
            <w:r>
              <w:rPr>
                <w:b/>
                <w:sz w:val="17"/>
              </w:rPr>
              <w:t xml:space="preserve">Year: </w:t>
            </w:r>
            <w:r>
              <w:rPr>
                <w:sz w:val="17"/>
              </w:rPr>
              <w:t>2003-2004</w:t>
            </w:r>
          </w:p>
          <w:p w14:paraId="1EBAF15F" w14:textId="77777777" w:rsidR="00A32449" w:rsidRDefault="00000000">
            <w:pPr>
              <w:spacing w:after="30"/>
            </w:pPr>
            <w:r>
              <w:rPr>
                <w:b/>
                <w:sz w:val="17"/>
              </w:rPr>
              <w:t xml:space="preserve">Price: </w:t>
            </w:r>
            <w:r>
              <w:rPr>
                <w:sz w:val="17"/>
              </w:rPr>
              <w:t>$500</w:t>
            </w:r>
          </w:p>
        </w:tc>
      </w:tr>
      <w:tr w:rsidR="00A32449" w14:paraId="092EAE8C" w14:textId="77777777">
        <w:trPr>
          <w:cantSplit/>
          <w:jc w:val="center"/>
        </w:trPr>
        <w:tc>
          <w:tcPr>
            <w:tcW w:w="2665" w:type="dxa"/>
            <w:tcBorders>
              <w:bottom w:val="single" w:sz="4" w:space="0" w:color="D9D9D9"/>
            </w:tcBorders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69998B84" w14:textId="77777777" w:rsidR="00A32449" w:rsidRDefault="00000000">
            <w:pPr>
              <w:spacing w:before="40" w:after="40"/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 wp14:anchorId="3FBDF973" wp14:editId="76178033">
                  <wp:extent cx="1475999" cy="1107000"/>
                  <wp:effectExtent l="0" t="0" r="0" b="0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9_Dibujo_de_Noche_Buena.jpg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5999" cy="1107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28" w:type="dxa"/>
            <w:tcBorders>
              <w:bottom w:val="single" w:sz="4" w:space="0" w:color="D9D9D9"/>
            </w:tcBorders>
            <w:tcMar>
              <w:top w:w="90" w:type="dxa"/>
              <w:left w:w="140" w:type="dxa"/>
              <w:bottom w:w="90" w:type="dxa"/>
              <w:right w:w="80" w:type="dxa"/>
            </w:tcMar>
            <w:vAlign w:val="center"/>
          </w:tcPr>
          <w:p w14:paraId="428A3ACB" w14:textId="77777777" w:rsidR="00A32449" w:rsidRDefault="00000000">
            <w:pPr>
              <w:spacing w:before="20" w:after="60"/>
            </w:pPr>
            <w:r>
              <w:rPr>
                <w:b/>
                <w:sz w:val="22"/>
              </w:rPr>
              <w:t>Dibujo de Noche Buena</w:t>
            </w:r>
          </w:p>
          <w:p w14:paraId="4BFE508B" w14:textId="77777777" w:rsidR="00A32449" w:rsidRDefault="00000000">
            <w:pPr>
              <w:spacing w:after="30"/>
            </w:pPr>
            <w:r>
              <w:rPr>
                <w:b/>
                <w:sz w:val="17"/>
              </w:rPr>
              <w:t xml:space="preserve">Medium: </w:t>
            </w:r>
            <w:r>
              <w:rPr>
                <w:sz w:val="17"/>
              </w:rPr>
              <w:t>India ink drawing</w:t>
            </w:r>
          </w:p>
          <w:p w14:paraId="7664B351" w14:textId="77777777" w:rsidR="00A32449" w:rsidRDefault="00000000">
            <w:pPr>
              <w:spacing w:after="30"/>
            </w:pPr>
            <w:r>
              <w:rPr>
                <w:b/>
                <w:sz w:val="17"/>
              </w:rPr>
              <w:t xml:space="preserve">Year: </w:t>
            </w:r>
            <w:r>
              <w:rPr>
                <w:sz w:val="17"/>
              </w:rPr>
              <w:t>2006</w:t>
            </w:r>
          </w:p>
          <w:p w14:paraId="10402DEE" w14:textId="77777777" w:rsidR="00A32449" w:rsidRDefault="00000000">
            <w:pPr>
              <w:spacing w:after="30"/>
            </w:pPr>
            <w:r>
              <w:rPr>
                <w:b/>
                <w:sz w:val="17"/>
              </w:rPr>
              <w:t xml:space="preserve">Price: </w:t>
            </w:r>
            <w:r>
              <w:rPr>
                <w:sz w:val="17"/>
              </w:rPr>
              <w:t>$500</w:t>
            </w:r>
          </w:p>
        </w:tc>
      </w:tr>
      <w:tr w:rsidR="00A32449" w14:paraId="77A1D461" w14:textId="77777777">
        <w:trPr>
          <w:cantSplit/>
          <w:jc w:val="center"/>
        </w:trPr>
        <w:tc>
          <w:tcPr>
            <w:tcW w:w="2665" w:type="dxa"/>
            <w:tcBorders>
              <w:bottom w:val="single" w:sz="4" w:space="0" w:color="D9D9D9"/>
            </w:tcBorders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5EEAF558" w14:textId="77777777" w:rsidR="00A32449" w:rsidRDefault="00000000">
            <w:pPr>
              <w:spacing w:before="40" w:after="40"/>
              <w:jc w:val="center"/>
            </w:pPr>
            <w:r>
              <w:rPr>
                <w:noProof/>
              </w:rPr>
              <w:drawing>
                <wp:inline distT="0" distB="0" distL="0" distR="0" wp14:anchorId="7E9E130B" wp14:editId="474E0B09">
                  <wp:extent cx="755574" cy="875638"/>
                  <wp:effectExtent l="0" t="0" r="0" b="1270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_La_conferencia_francesa_en_el_sotano_del_museo.jpg"/>
                          <pic:cNvPicPr/>
                        </pic:nvPicPr>
                        <pic:blipFill rotWithShape="1">
                          <a:blip r:embed="rId27"/>
                          <a:srcRect t="37821" r="5844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4118" cy="92030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28" w:type="dxa"/>
            <w:tcBorders>
              <w:bottom w:val="single" w:sz="4" w:space="0" w:color="D9D9D9"/>
            </w:tcBorders>
            <w:tcMar>
              <w:top w:w="90" w:type="dxa"/>
              <w:left w:w="140" w:type="dxa"/>
              <w:bottom w:w="90" w:type="dxa"/>
              <w:right w:w="80" w:type="dxa"/>
            </w:tcMar>
            <w:vAlign w:val="center"/>
          </w:tcPr>
          <w:p w14:paraId="76D30B8E" w14:textId="77777777" w:rsidR="00A32449" w:rsidRPr="000E3A69" w:rsidRDefault="00000000">
            <w:pPr>
              <w:spacing w:before="20" w:after="60"/>
              <w:rPr>
                <w:lang w:val="it-IT"/>
              </w:rPr>
            </w:pPr>
            <w:r w:rsidRPr="000E3A69">
              <w:rPr>
                <w:b/>
                <w:sz w:val="22"/>
                <w:lang w:val="it-IT"/>
              </w:rPr>
              <w:t xml:space="preserve">La </w:t>
            </w:r>
            <w:proofErr w:type="spellStart"/>
            <w:r w:rsidRPr="000E3A69">
              <w:rPr>
                <w:b/>
                <w:sz w:val="22"/>
                <w:lang w:val="it-IT"/>
              </w:rPr>
              <w:t>conferencia</w:t>
            </w:r>
            <w:proofErr w:type="spellEnd"/>
            <w:r w:rsidRPr="000E3A69">
              <w:rPr>
                <w:b/>
                <w:sz w:val="22"/>
                <w:lang w:val="it-IT"/>
              </w:rPr>
              <w:t xml:space="preserve"> </w:t>
            </w:r>
            <w:proofErr w:type="spellStart"/>
            <w:r w:rsidRPr="000E3A69">
              <w:rPr>
                <w:b/>
                <w:sz w:val="22"/>
                <w:lang w:val="it-IT"/>
              </w:rPr>
              <w:t>francesa</w:t>
            </w:r>
            <w:proofErr w:type="spellEnd"/>
            <w:r w:rsidRPr="000E3A69">
              <w:rPr>
                <w:b/>
                <w:sz w:val="22"/>
                <w:lang w:val="it-IT"/>
              </w:rPr>
              <w:t xml:space="preserve"> en </w:t>
            </w:r>
            <w:proofErr w:type="spellStart"/>
            <w:r w:rsidRPr="000E3A69">
              <w:rPr>
                <w:b/>
                <w:sz w:val="22"/>
                <w:lang w:val="it-IT"/>
              </w:rPr>
              <w:t>el</w:t>
            </w:r>
            <w:proofErr w:type="spellEnd"/>
            <w:r w:rsidRPr="000E3A69">
              <w:rPr>
                <w:b/>
                <w:sz w:val="22"/>
                <w:lang w:val="it-IT"/>
              </w:rPr>
              <w:t xml:space="preserve"> </w:t>
            </w:r>
            <w:proofErr w:type="spellStart"/>
            <w:r w:rsidRPr="000E3A69">
              <w:rPr>
                <w:b/>
                <w:sz w:val="22"/>
                <w:lang w:val="it-IT"/>
              </w:rPr>
              <w:t>sótano</w:t>
            </w:r>
            <w:proofErr w:type="spellEnd"/>
            <w:r w:rsidRPr="000E3A69">
              <w:rPr>
                <w:b/>
                <w:sz w:val="22"/>
                <w:lang w:val="it-IT"/>
              </w:rPr>
              <w:t xml:space="preserve"> del museo</w:t>
            </w:r>
          </w:p>
          <w:p w14:paraId="196F3795" w14:textId="77777777" w:rsidR="00A32449" w:rsidRDefault="00000000">
            <w:pPr>
              <w:spacing w:after="30"/>
            </w:pPr>
            <w:r>
              <w:rPr>
                <w:b/>
                <w:sz w:val="17"/>
              </w:rPr>
              <w:t xml:space="preserve">Medium: </w:t>
            </w:r>
            <w:r>
              <w:rPr>
                <w:sz w:val="17"/>
              </w:rPr>
              <w:t>ink on paper</w:t>
            </w:r>
          </w:p>
          <w:p w14:paraId="5AB3FF4E" w14:textId="77777777" w:rsidR="00A32449" w:rsidRDefault="00000000">
            <w:pPr>
              <w:spacing w:after="30"/>
            </w:pPr>
            <w:r>
              <w:rPr>
                <w:b/>
                <w:sz w:val="17"/>
              </w:rPr>
              <w:t xml:space="preserve">Year: </w:t>
            </w:r>
            <w:r>
              <w:rPr>
                <w:sz w:val="17"/>
              </w:rPr>
              <w:t>c. 1980s</w:t>
            </w:r>
          </w:p>
          <w:p w14:paraId="46564BAC" w14:textId="77777777" w:rsidR="00A32449" w:rsidRDefault="00000000">
            <w:pPr>
              <w:spacing w:after="30"/>
            </w:pPr>
            <w:r>
              <w:rPr>
                <w:b/>
                <w:sz w:val="17"/>
              </w:rPr>
              <w:t xml:space="preserve">Price: </w:t>
            </w:r>
            <w:r>
              <w:rPr>
                <w:sz w:val="17"/>
              </w:rPr>
              <w:t>$80</w:t>
            </w:r>
          </w:p>
        </w:tc>
      </w:tr>
      <w:tr w:rsidR="00A32449" w14:paraId="585EB0CD" w14:textId="77777777">
        <w:trPr>
          <w:cantSplit/>
          <w:jc w:val="center"/>
        </w:trPr>
        <w:tc>
          <w:tcPr>
            <w:tcW w:w="2665" w:type="dxa"/>
            <w:tcBorders>
              <w:bottom w:val="single" w:sz="4" w:space="0" w:color="D9D9D9"/>
            </w:tcBorders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165D97B5" w14:textId="77777777" w:rsidR="00A32449" w:rsidRDefault="00000000">
            <w:pPr>
              <w:spacing w:before="40" w:after="40"/>
              <w:jc w:val="center"/>
            </w:pPr>
            <w:r>
              <w:rPr>
                <w:noProof/>
              </w:rPr>
              <w:drawing>
                <wp:inline distT="0" distB="0" distL="0" distR="0" wp14:anchorId="66BBB472" wp14:editId="55018DDD">
                  <wp:extent cx="947233" cy="1106805"/>
                  <wp:effectExtent l="0" t="0" r="5715" b="0"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_La_conferencia_francesa_en_el_sotano_del_museo.jpg"/>
                          <pic:cNvPicPr/>
                        </pic:nvPicPr>
                        <pic:blipFill rotWithShape="1">
                          <a:blip r:embed="rId27"/>
                          <a:srcRect l="358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7400" cy="1107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28" w:type="dxa"/>
            <w:tcBorders>
              <w:bottom w:val="single" w:sz="4" w:space="0" w:color="D9D9D9"/>
            </w:tcBorders>
            <w:tcMar>
              <w:top w:w="90" w:type="dxa"/>
              <w:left w:w="140" w:type="dxa"/>
              <w:bottom w:w="90" w:type="dxa"/>
              <w:right w:w="80" w:type="dxa"/>
            </w:tcMar>
            <w:vAlign w:val="center"/>
          </w:tcPr>
          <w:p w14:paraId="1F91C802" w14:textId="77777777" w:rsidR="00A32449" w:rsidRDefault="00000000">
            <w:pPr>
              <w:spacing w:before="20" w:after="60"/>
            </w:pPr>
            <w:r>
              <w:rPr>
                <w:b/>
                <w:sz w:val="22"/>
              </w:rPr>
              <w:t>Don Leopoldo tallando a Blanca</w:t>
            </w:r>
          </w:p>
          <w:p w14:paraId="36B2B29E" w14:textId="77777777" w:rsidR="00A32449" w:rsidRDefault="00000000">
            <w:pPr>
              <w:spacing w:after="30"/>
            </w:pPr>
            <w:r>
              <w:rPr>
                <w:b/>
                <w:sz w:val="17"/>
              </w:rPr>
              <w:t xml:space="preserve">Medium: </w:t>
            </w:r>
            <w:r>
              <w:rPr>
                <w:sz w:val="17"/>
              </w:rPr>
              <w:t>ink on paper</w:t>
            </w:r>
          </w:p>
          <w:p w14:paraId="007B3297" w14:textId="77777777" w:rsidR="00A32449" w:rsidRDefault="00000000">
            <w:pPr>
              <w:spacing w:after="30"/>
            </w:pPr>
            <w:r>
              <w:rPr>
                <w:b/>
                <w:sz w:val="17"/>
              </w:rPr>
              <w:t xml:space="preserve">Year: </w:t>
            </w:r>
            <w:r>
              <w:rPr>
                <w:sz w:val="17"/>
              </w:rPr>
              <w:t>1969</w:t>
            </w:r>
          </w:p>
          <w:p w14:paraId="11508082" w14:textId="77777777" w:rsidR="00A32449" w:rsidRDefault="00000000">
            <w:pPr>
              <w:spacing w:after="30"/>
            </w:pPr>
            <w:r>
              <w:rPr>
                <w:b/>
                <w:sz w:val="17"/>
              </w:rPr>
              <w:t xml:space="preserve">Price: </w:t>
            </w:r>
            <w:r>
              <w:rPr>
                <w:sz w:val="17"/>
              </w:rPr>
              <w:t>$600</w:t>
            </w:r>
          </w:p>
        </w:tc>
      </w:tr>
      <w:tr w:rsidR="00A32449" w14:paraId="5171C5D7" w14:textId="77777777">
        <w:trPr>
          <w:cantSplit/>
          <w:jc w:val="center"/>
        </w:trPr>
        <w:tc>
          <w:tcPr>
            <w:tcW w:w="2665" w:type="dxa"/>
            <w:tcBorders>
              <w:bottom w:val="single" w:sz="4" w:space="0" w:color="D9D9D9"/>
            </w:tcBorders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43B188F1" w14:textId="77777777" w:rsidR="00A32449" w:rsidRDefault="00000000">
            <w:pPr>
              <w:spacing w:before="40" w:after="40"/>
              <w:jc w:val="center"/>
            </w:pPr>
            <w:r>
              <w:rPr>
                <w:noProof/>
              </w:rPr>
              <w:drawing>
                <wp:inline distT="0" distB="0" distL="0" distR="0" wp14:anchorId="7263B760" wp14:editId="33010C47">
                  <wp:extent cx="671119" cy="1106805"/>
                  <wp:effectExtent l="0" t="0" r="2540" b="0"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2_Gloria_T.jpg"/>
                          <pic:cNvPicPr/>
                        </pic:nvPicPr>
                        <pic:blipFill rotWithShape="1">
                          <a:blip r:embed="rId28"/>
                          <a:srcRect r="545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1237" cy="1107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28" w:type="dxa"/>
            <w:tcBorders>
              <w:bottom w:val="single" w:sz="4" w:space="0" w:color="D9D9D9"/>
            </w:tcBorders>
            <w:tcMar>
              <w:top w:w="90" w:type="dxa"/>
              <w:left w:w="140" w:type="dxa"/>
              <w:bottom w:w="90" w:type="dxa"/>
              <w:right w:w="80" w:type="dxa"/>
            </w:tcMar>
            <w:vAlign w:val="center"/>
          </w:tcPr>
          <w:p w14:paraId="0CDF6D54" w14:textId="77777777" w:rsidR="00A32449" w:rsidRDefault="00000000">
            <w:pPr>
              <w:spacing w:before="20" w:after="60"/>
            </w:pPr>
            <w:r>
              <w:rPr>
                <w:b/>
                <w:sz w:val="22"/>
              </w:rPr>
              <w:t>Gloria T.</w:t>
            </w:r>
          </w:p>
          <w:p w14:paraId="7271F8F1" w14:textId="77777777" w:rsidR="00A32449" w:rsidRDefault="00000000">
            <w:pPr>
              <w:spacing w:after="30"/>
            </w:pPr>
            <w:r>
              <w:rPr>
                <w:b/>
                <w:sz w:val="17"/>
              </w:rPr>
              <w:t xml:space="preserve">Medium: </w:t>
            </w:r>
            <w:r>
              <w:rPr>
                <w:sz w:val="17"/>
              </w:rPr>
              <w:t>India ink on paper</w:t>
            </w:r>
          </w:p>
          <w:p w14:paraId="1968360E" w14:textId="77777777" w:rsidR="00A32449" w:rsidRDefault="00000000">
            <w:pPr>
              <w:spacing w:after="30"/>
            </w:pPr>
            <w:r>
              <w:rPr>
                <w:b/>
                <w:sz w:val="17"/>
              </w:rPr>
              <w:t xml:space="preserve">Year: </w:t>
            </w:r>
            <w:r>
              <w:rPr>
                <w:sz w:val="17"/>
              </w:rPr>
              <w:t>1996</w:t>
            </w:r>
          </w:p>
          <w:p w14:paraId="4DEE7E58" w14:textId="77777777" w:rsidR="00A32449" w:rsidRDefault="00000000">
            <w:pPr>
              <w:spacing w:after="30"/>
            </w:pPr>
            <w:r>
              <w:rPr>
                <w:b/>
                <w:sz w:val="17"/>
              </w:rPr>
              <w:t xml:space="preserve">Price: </w:t>
            </w:r>
            <w:r>
              <w:rPr>
                <w:sz w:val="17"/>
              </w:rPr>
              <w:t>$300</w:t>
            </w:r>
          </w:p>
        </w:tc>
      </w:tr>
      <w:tr w:rsidR="00A32449" w14:paraId="118BAEEC" w14:textId="77777777">
        <w:trPr>
          <w:cantSplit/>
          <w:jc w:val="center"/>
        </w:trPr>
        <w:tc>
          <w:tcPr>
            <w:tcW w:w="2665" w:type="dxa"/>
            <w:tcBorders>
              <w:bottom w:val="single" w:sz="4" w:space="0" w:color="D9D9D9"/>
            </w:tcBorders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14BFBB13" w14:textId="77777777" w:rsidR="00A32449" w:rsidRDefault="00000000">
            <w:pPr>
              <w:spacing w:before="40" w:after="40"/>
              <w:jc w:val="center"/>
            </w:pPr>
            <w:r>
              <w:rPr>
                <w:noProof/>
              </w:rPr>
              <w:drawing>
                <wp:inline distT="0" distB="0" distL="0" distR="0" wp14:anchorId="78298454" wp14:editId="6BC67F07">
                  <wp:extent cx="999000" cy="1332000"/>
                  <wp:effectExtent l="0" t="0" r="0" b="0"/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3_El_asistente_a_la_conferencia.jpg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9000" cy="133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28" w:type="dxa"/>
            <w:tcBorders>
              <w:bottom w:val="single" w:sz="4" w:space="0" w:color="D9D9D9"/>
            </w:tcBorders>
            <w:tcMar>
              <w:top w:w="90" w:type="dxa"/>
              <w:left w:w="140" w:type="dxa"/>
              <w:bottom w:w="90" w:type="dxa"/>
              <w:right w:w="80" w:type="dxa"/>
            </w:tcMar>
            <w:vAlign w:val="center"/>
          </w:tcPr>
          <w:p w14:paraId="1A7885F2" w14:textId="77777777" w:rsidR="00A32449" w:rsidRDefault="00000000">
            <w:pPr>
              <w:spacing w:before="20" w:after="60"/>
            </w:pPr>
            <w:r>
              <w:rPr>
                <w:b/>
                <w:sz w:val="22"/>
              </w:rPr>
              <w:t>El asistente a la conferencia</w:t>
            </w:r>
          </w:p>
          <w:p w14:paraId="1CB757AD" w14:textId="77777777" w:rsidR="00A32449" w:rsidRDefault="00000000">
            <w:pPr>
              <w:spacing w:after="30"/>
            </w:pPr>
            <w:r>
              <w:rPr>
                <w:b/>
                <w:sz w:val="17"/>
              </w:rPr>
              <w:t xml:space="preserve">Medium: </w:t>
            </w:r>
            <w:r>
              <w:rPr>
                <w:sz w:val="17"/>
              </w:rPr>
              <w:t>ink on paper</w:t>
            </w:r>
          </w:p>
          <w:p w14:paraId="40AB5B9E" w14:textId="77777777" w:rsidR="00A32449" w:rsidRDefault="00000000">
            <w:pPr>
              <w:spacing w:after="30"/>
            </w:pPr>
            <w:r>
              <w:rPr>
                <w:b/>
                <w:sz w:val="17"/>
              </w:rPr>
              <w:t xml:space="preserve">Year: </w:t>
            </w:r>
            <w:r>
              <w:rPr>
                <w:sz w:val="17"/>
              </w:rPr>
              <w:t>c. 1980s</w:t>
            </w:r>
          </w:p>
          <w:p w14:paraId="08E69917" w14:textId="77777777" w:rsidR="00A32449" w:rsidRDefault="00000000">
            <w:pPr>
              <w:spacing w:after="30"/>
            </w:pPr>
            <w:r>
              <w:rPr>
                <w:b/>
                <w:sz w:val="17"/>
              </w:rPr>
              <w:t xml:space="preserve">Price: </w:t>
            </w:r>
            <w:r>
              <w:rPr>
                <w:sz w:val="17"/>
              </w:rPr>
              <w:t>$80</w:t>
            </w:r>
          </w:p>
        </w:tc>
      </w:tr>
      <w:tr w:rsidR="00A32449" w14:paraId="450AFE7D" w14:textId="77777777">
        <w:trPr>
          <w:cantSplit/>
          <w:jc w:val="center"/>
        </w:trPr>
        <w:tc>
          <w:tcPr>
            <w:tcW w:w="2665" w:type="dxa"/>
            <w:tcBorders>
              <w:bottom w:val="single" w:sz="4" w:space="0" w:color="D9D9D9"/>
            </w:tcBorders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36C2439D" w14:textId="77777777" w:rsidR="00A32449" w:rsidRDefault="00000000">
            <w:pPr>
              <w:spacing w:before="40" w:after="40"/>
              <w:jc w:val="center"/>
            </w:pPr>
            <w:r>
              <w:rPr>
                <w:noProof/>
              </w:rPr>
              <w:drawing>
                <wp:inline distT="0" distB="0" distL="0" distR="0" wp14:anchorId="39041AC4" wp14:editId="6D83A858">
                  <wp:extent cx="1475999" cy="1107000"/>
                  <wp:effectExtent l="0" t="0" r="0" b="0"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4_San_Luis_Potosi_medio_dia.jpg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5999" cy="1107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28" w:type="dxa"/>
            <w:tcBorders>
              <w:bottom w:val="single" w:sz="4" w:space="0" w:color="D9D9D9"/>
            </w:tcBorders>
            <w:tcMar>
              <w:top w:w="90" w:type="dxa"/>
              <w:left w:w="140" w:type="dxa"/>
              <w:bottom w:w="90" w:type="dxa"/>
              <w:right w:w="80" w:type="dxa"/>
            </w:tcMar>
            <w:vAlign w:val="center"/>
          </w:tcPr>
          <w:p w14:paraId="55A8BA7F" w14:textId="77777777" w:rsidR="00A32449" w:rsidRDefault="00000000">
            <w:pPr>
              <w:spacing w:before="20" w:after="60"/>
            </w:pPr>
            <w:r>
              <w:rPr>
                <w:b/>
                <w:sz w:val="22"/>
              </w:rPr>
              <w:t>San Luis Potosí, medio día</w:t>
            </w:r>
          </w:p>
          <w:p w14:paraId="45077985" w14:textId="77777777" w:rsidR="00A32449" w:rsidRDefault="00000000">
            <w:pPr>
              <w:spacing w:after="30"/>
            </w:pPr>
            <w:r>
              <w:rPr>
                <w:b/>
                <w:sz w:val="17"/>
              </w:rPr>
              <w:t xml:space="preserve">Medium: </w:t>
            </w:r>
            <w:r>
              <w:rPr>
                <w:sz w:val="17"/>
              </w:rPr>
              <w:t>sanguine and charcoal</w:t>
            </w:r>
          </w:p>
          <w:p w14:paraId="4ACDC5EC" w14:textId="77777777" w:rsidR="00A32449" w:rsidRDefault="00000000">
            <w:pPr>
              <w:spacing w:after="30"/>
            </w:pPr>
            <w:r>
              <w:rPr>
                <w:b/>
                <w:sz w:val="17"/>
              </w:rPr>
              <w:t xml:space="preserve">Year: </w:t>
            </w:r>
            <w:r>
              <w:rPr>
                <w:sz w:val="17"/>
              </w:rPr>
              <w:t>c. 1990s</w:t>
            </w:r>
          </w:p>
          <w:p w14:paraId="532ECA12" w14:textId="77777777" w:rsidR="00A32449" w:rsidRDefault="00000000">
            <w:pPr>
              <w:spacing w:after="30"/>
            </w:pPr>
            <w:r>
              <w:rPr>
                <w:b/>
                <w:sz w:val="17"/>
              </w:rPr>
              <w:t xml:space="preserve">Price: </w:t>
            </w:r>
            <w:r>
              <w:rPr>
                <w:sz w:val="17"/>
              </w:rPr>
              <w:t>$750</w:t>
            </w:r>
          </w:p>
        </w:tc>
      </w:tr>
      <w:tr w:rsidR="00A32449" w14:paraId="3CABEAD1" w14:textId="77777777">
        <w:trPr>
          <w:cantSplit/>
          <w:jc w:val="center"/>
        </w:trPr>
        <w:tc>
          <w:tcPr>
            <w:tcW w:w="2665" w:type="dxa"/>
            <w:tcBorders>
              <w:bottom w:val="single" w:sz="4" w:space="0" w:color="D9D9D9"/>
            </w:tcBorders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51D1D51B" w14:textId="77777777" w:rsidR="00A32449" w:rsidRDefault="00000000">
            <w:pPr>
              <w:spacing w:before="40" w:after="40"/>
              <w:jc w:val="center"/>
            </w:pPr>
            <w:r>
              <w:rPr>
                <w:noProof/>
              </w:rPr>
              <w:drawing>
                <wp:inline distT="0" distB="0" distL="0" distR="0" wp14:anchorId="6EDE1B52" wp14:editId="78A46F3F">
                  <wp:extent cx="737870" cy="812649"/>
                  <wp:effectExtent l="0" t="0" r="0" b="635"/>
                  <wp:docPr id="2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5_Itanhaem.jpg"/>
                          <pic:cNvPicPr/>
                        </pic:nvPicPr>
                        <pic:blipFill rotWithShape="1">
                          <a:blip r:embed="rId31"/>
                          <a:srcRect t="26541" r="4997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8361" cy="8131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28" w:type="dxa"/>
            <w:tcBorders>
              <w:bottom w:val="single" w:sz="4" w:space="0" w:color="D9D9D9"/>
            </w:tcBorders>
            <w:tcMar>
              <w:top w:w="90" w:type="dxa"/>
              <w:left w:w="140" w:type="dxa"/>
              <w:bottom w:w="90" w:type="dxa"/>
              <w:right w:w="80" w:type="dxa"/>
            </w:tcMar>
            <w:vAlign w:val="center"/>
          </w:tcPr>
          <w:p w14:paraId="79E94286" w14:textId="77777777" w:rsidR="00A32449" w:rsidRDefault="00000000">
            <w:pPr>
              <w:spacing w:before="20" w:after="60"/>
            </w:pPr>
            <w:r>
              <w:rPr>
                <w:b/>
                <w:sz w:val="22"/>
              </w:rPr>
              <w:t>Itanhaem</w:t>
            </w:r>
          </w:p>
          <w:p w14:paraId="04AA0718" w14:textId="77777777" w:rsidR="00A32449" w:rsidRDefault="00000000">
            <w:pPr>
              <w:spacing w:after="30"/>
            </w:pPr>
            <w:r>
              <w:rPr>
                <w:b/>
                <w:sz w:val="17"/>
              </w:rPr>
              <w:t xml:space="preserve">Medium: </w:t>
            </w:r>
            <w:r>
              <w:rPr>
                <w:sz w:val="17"/>
              </w:rPr>
              <w:t>India ink in two colours</w:t>
            </w:r>
          </w:p>
          <w:p w14:paraId="09DED34D" w14:textId="77777777" w:rsidR="00A32449" w:rsidRDefault="00000000">
            <w:pPr>
              <w:spacing w:after="30"/>
            </w:pPr>
            <w:r>
              <w:rPr>
                <w:b/>
                <w:sz w:val="17"/>
              </w:rPr>
              <w:t xml:space="preserve">Year: </w:t>
            </w:r>
            <w:r>
              <w:rPr>
                <w:sz w:val="17"/>
              </w:rPr>
              <w:t>2012</w:t>
            </w:r>
          </w:p>
          <w:p w14:paraId="445CF190" w14:textId="77777777" w:rsidR="00A32449" w:rsidRDefault="00000000">
            <w:pPr>
              <w:spacing w:after="30"/>
            </w:pPr>
            <w:r>
              <w:rPr>
                <w:b/>
                <w:sz w:val="17"/>
              </w:rPr>
              <w:t xml:space="preserve">Price: </w:t>
            </w:r>
            <w:r>
              <w:rPr>
                <w:sz w:val="17"/>
              </w:rPr>
              <w:t>$700</w:t>
            </w:r>
          </w:p>
        </w:tc>
      </w:tr>
      <w:tr w:rsidR="00A32449" w14:paraId="14459D63" w14:textId="77777777">
        <w:trPr>
          <w:cantSplit/>
          <w:jc w:val="center"/>
        </w:trPr>
        <w:tc>
          <w:tcPr>
            <w:tcW w:w="2665" w:type="dxa"/>
            <w:tcBorders>
              <w:bottom w:val="single" w:sz="4" w:space="0" w:color="D9D9D9"/>
            </w:tcBorders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2A5C3509" w14:textId="77777777" w:rsidR="00A32449" w:rsidRDefault="00000000">
            <w:pPr>
              <w:spacing w:before="40" w:after="40"/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 wp14:anchorId="5EB5E397" wp14:editId="7CA73B84">
                  <wp:extent cx="678078" cy="812800"/>
                  <wp:effectExtent l="0" t="0" r="0" b="0"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5_Itanhaem.jpg"/>
                          <pic:cNvPicPr/>
                        </pic:nvPicPr>
                        <pic:blipFill rotWithShape="1">
                          <a:blip r:embed="rId31"/>
                          <a:srcRect l="45242" t="33351" r="9047" b="-68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8523" cy="8133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28" w:type="dxa"/>
            <w:tcBorders>
              <w:bottom w:val="single" w:sz="4" w:space="0" w:color="D9D9D9"/>
            </w:tcBorders>
            <w:tcMar>
              <w:top w:w="90" w:type="dxa"/>
              <w:left w:w="140" w:type="dxa"/>
              <w:bottom w:w="90" w:type="dxa"/>
              <w:right w:w="80" w:type="dxa"/>
            </w:tcMar>
            <w:vAlign w:val="center"/>
          </w:tcPr>
          <w:p w14:paraId="2E6B5D55" w14:textId="77777777" w:rsidR="00A32449" w:rsidRPr="000E3A69" w:rsidRDefault="00000000">
            <w:pPr>
              <w:spacing w:before="20" w:after="60"/>
              <w:rPr>
                <w:lang w:val="it-IT"/>
              </w:rPr>
            </w:pPr>
            <w:r w:rsidRPr="000E3A69">
              <w:rPr>
                <w:b/>
                <w:sz w:val="22"/>
                <w:lang w:val="it-IT"/>
              </w:rPr>
              <w:t xml:space="preserve">Patio con </w:t>
            </w:r>
            <w:proofErr w:type="spellStart"/>
            <w:r w:rsidRPr="000E3A69">
              <w:rPr>
                <w:b/>
                <w:sz w:val="22"/>
                <w:lang w:val="it-IT"/>
              </w:rPr>
              <w:t>hamaca</w:t>
            </w:r>
            <w:proofErr w:type="spellEnd"/>
          </w:p>
          <w:p w14:paraId="67E84F28" w14:textId="77777777" w:rsidR="00A32449" w:rsidRPr="000E3A69" w:rsidRDefault="00000000">
            <w:pPr>
              <w:spacing w:after="30"/>
              <w:rPr>
                <w:lang w:val="it-IT"/>
              </w:rPr>
            </w:pPr>
            <w:r w:rsidRPr="000E3A69">
              <w:rPr>
                <w:b/>
                <w:sz w:val="17"/>
                <w:lang w:val="it-IT"/>
              </w:rPr>
              <w:t xml:space="preserve">Medium: </w:t>
            </w:r>
            <w:r w:rsidRPr="000E3A69">
              <w:rPr>
                <w:sz w:val="17"/>
                <w:lang w:val="it-IT"/>
              </w:rPr>
              <w:t xml:space="preserve">India </w:t>
            </w:r>
            <w:proofErr w:type="spellStart"/>
            <w:r w:rsidRPr="000E3A69">
              <w:rPr>
                <w:sz w:val="17"/>
                <w:lang w:val="it-IT"/>
              </w:rPr>
              <w:t>ink</w:t>
            </w:r>
            <w:proofErr w:type="spellEnd"/>
          </w:p>
          <w:p w14:paraId="5631A418" w14:textId="77777777" w:rsidR="00A32449" w:rsidRDefault="00000000">
            <w:pPr>
              <w:spacing w:after="30"/>
            </w:pPr>
            <w:r>
              <w:rPr>
                <w:b/>
                <w:sz w:val="17"/>
              </w:rPr>
              <w:t xml:space="preserve">Year: </w:t>
            </w:r>
            <w:r>
              <w:rPr>
                <w:sz w:val="17"/>
              </w:rPr>
              <w:t>2006</w:t>
            </w:r>
          </w:p>
          <w:p w14:paraId="49712281" w14:textId="77777777" w:rsidR="00A32449" w:rsidRDefault="00000000">
            <w:pPr>
              <w:spacing w:after="30"/>
            </w:pPr>
            <w:r>
              <w:rPr>
                <w:b/>
                <w:sz w:val="17"/>
              </w:rPr>
              <w:t xml:space="preserve">Price: </w:t>
            </w:r>
            <w:r>
              <w:rPr>
                <w:sz w:val="17"/>
              </w:rPr>
              <w:t>$500</w:t>
            </w:r>
          </w:p>
        </w:tc>
      </w:tr>
      <w:tr w:rsidR="00A32449" w14:paraId="4D92CC74" w14:textId="77777777">
        <w:trPr>
          <w:cantSplit/>
          <w:jc w:val="center"/>
        </w:trPr>
        <w:tc>
          <w:tcPr>
            <w:tcW w:w="2665" w:type="dxa"/>
            <w:tcBorders>
              <w:bottom w:val="single" w:sz="4" w:space="0" w:color="D9D9D9"/>
            </w:tcBorders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4DB38F5E" w14:textId="77777777" w:rsidR="00A32449" w:rsidRDefault="00000000">
            <w:pPr>
              <w:spacing w:before="40" w:after="40"/>
              <w:jc w:val="center"/>
            </w:pPr>
            <w:r>
              <w:rPr>
                <w:noProof/>
              </w:rPr>
              <w:drawing>
                <wp:inline distT="0" distB="0" distL="0" distR="0" wp14:anchorId="3E3C6373" wp14:editId="10E4871B">
                  <wp:extent cx="813435" cy="837954"/>
                  <wp:effectExtent l="0" t="0" r="0" b="635"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7_La_mesa_redonda.jpg"/>
                          <pic:cNvPicPr/>
                        </pic:nvPicPr>
                        <pic:blipFill rotWithShape="1">
                          <a:blip r:embed="rId32"/>
                          <a:srcRect t="24263" r="4485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3875" cy="83840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28" w:type="dxa"/>
            <w:tcBorders>
              <w:bottom w:val="single" w:sz="4" w:space="0" w:color="D9D9D9"/>
            </w:tcBorders>
            <w:tcMar>
              <w:top w:w="90" w:type="dxa"/>
              <w:left w:w="140" w:type="dxa"/>
              <w:bottom w:w="90" w:type="dxa"/>
              <w:right w:w="80" w:type="dxa"/>
            </w:tcMar>
            <w:vAlign w:val="center"/>
          </w:tcPr>
          <w:p w14:paraId="7C8FF006" w14:textId="0EFA1AE8" w:rsidR="00A32449" w:rsidRPr="000E3A69" w:rsidRDefault="00000000">
            <w:pPr>
              <w:spacing w:before="20" w:after="60"/>
              <w:rPr>
                <w:lang w:val="it-IT"/>
              </w:rPr>
            </w:pPr>
            <w:r w:rsidRPr="000E3A69">
              <w:rPr>
                <w:b/>
                <w:sz w:val="22"/>
                <w:lang w:val="it-IT"/>
              </w:rPr>
              <w:t xml:space="preserve">La mesa </w:t>
            </w:r>
            <w:proofErr w:type="spellStart"/>
            <w:r w:rsidRPr="000E3A69">
              <w:rPr>
                <w:b/>
                <w:sz w:val="22"/>
                <w:lang w:val="it-IT"/>
              </w:rPr>
              <w:t>redonda</w:t>
            </w:r>
            <w:r w:rsidR="000E3A69">
              <w:rPr>
                <w:b/>
                <w:sz w:val="22"/>
                <w:lang w:val="it-IT"/>
              </w:rPr>
              <w:t>aaa</w:t>
            </w:r>
            <w:proofErr w:type="spellEnd"/>
          </w:p>
          <w:p w14:paraId="38F7FF14" w14:textId="77777777" w:rsidR="00A32449" w:rsidRPr="000E3A69" w:rsidRDefault="00000000">
            <w:pPr>
              <w:spacing w:after="30"/>
              <w:rPr>
                <w:lang w:val="it-IT"/>
              </w:rPr>
            </w:pPr>
            <w:r w:rsidRPr="000E3A69">
              <w:rPr>
                <w:b/>
                <w:sz w:val="17"/>
                <w:lang w:val="it-IT"/>
              </w:rPr>
              <w:t xml:space="preserve">Medium: </w:t>
            </w:r>
            <w:proofErr w:type="spellStart"/>
            <w:r w:rsidRPr="000E3A69">
              <w:rPr>
                <w:sz w:val="17"/>
                <w:lang w:val="it-IT"/>
              </w:rPr>
              <w:t>ink</w:t>
            </w:r>
            <w:proofErr w:type="spellEnd"/>
            <w:r w:rsidRPr="000E3A69">
              <w:rPr>
                <w:sz w:val="17"/>
                <w:lang w:val="it-IT"/>
              </w:rPr>
              <w:t xml:space="preserve"> on paper</w:t>
            </w:r>
          </w:p>
          <w:p w14:paraId="1D01877F" w14:textId="77777777" w:rsidR="00A32449" w:rsidRDefault="00000000">
            <w:pPr>
              <w:spacing w:after="30"/>
            </w:pPr>
            <w:r>
              <w:rPr>
                <w:b/>
                <w:sz w:val="17"/>
              </w:rPr>
              <w:t xml:space="preserve">Year: </w:t>
            </w:r>
            <w:r>
              <w:rPr>
                <w:sz w:val="17"/>
              </w:rPr>
              <w:t>c. 2000</w:t>
            </w:r>
          </w:p>
          <w:p w14:paraId="5EB7D5D2" w14:textId="77777777" w:rsidR="00A32449" w:rsidRDefault="00000000">
            <w:pPr>
              <w:spacing w:after="30"/>
            </w:pPr>
            <w:r>
              <w:rPr>
                <w:b/>
                <w:sz w:val="17"/>
              </w:rPr>
              <w:t xml:space="preserve">Price: </w:t>
            </w:r>
            <w:r>
              <w:rPr>
                <w:sz w:val="17"/>
              </w:rPr>
              <w:t>$300</w:t>
            </w:r>
          </w:p>
        </w:tc>
      </w:tr>
      <w:tr w:rsidR="00A32449" w14:paraId="4E3C1623" w14:textId="77777777">
        <w:trPr>
          <w:cantSplit/>
          <w:jc w:val="center"/>
        </w:trPr>
        <w:tc>
          <w:tcPr>
            <w:tcW w:w="2665" w:type="dxa"/>
            <w:tcBorders>
              <w:bottom w:val="single" w:sz="4" w:space="0" w:color="D9D9D9"/>
            </w:tcBorders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13BA5EF3" w14:textId="77777777" w:rsidR="00A32449" w:rsidRDefault="00000000">
            <w:pPr>
              <w:spacing w:before="40" w:after="40"/>
              <w:jc w:val="center"/>
            </w:pPr>
            <w:r>
              <w:rPr>
                <w:noProof/>
              </w:rPr>
              <w:drawing>
                <wp:inline distT="0" distB="0" distL="0" distR="0" wp14:anchorId="38723773" wp14:editId="23B6A0A1">
                  <wp:extent cx="687174" cy="1106805"/>
                  <wp:effectExtent l="0" t="0" r="0" b="0"/>
                  <wp:docPr id="28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7_La_mesa_redonda.jpg"/>
                          <pic:cNvPicPr/>
                        </pic:nvPicPr>
                        <pic:blipFill rotWithShape="1">
                          <a:blip r:embed="rId32"/>
                          <a:srcRect l="5343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7295" cy="1107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28" w:type="dxa"/>
            <w:tcBorders>
              <w:bottom w:val="single" w:sz="4" w:space="0" w:color="D9D9D9"/>
            </w:tcBorders>
            <w:tcMar>
              <w:top w:w="90" w:type="dxa"/>
              <w:left w:w="140" w:type="dxa"/>
              <w:bottom w:w="90" w:type="dxa"/>
              <w:right w:w="80" w:type="dxa"/>
            </w:tcMar>
            <w:vAlign w:val="center"/>
          </w:tcPr>
          <w:p w14:paraId="6FD95DD3" w14:textId="77777777" w:rsidR="00A32449" w:rsidRDefault="00000000">
            <w:pPr>
              <w:spacing w:before="20" w:after="60"/>
            </w:pPr>
            <w:r>
              <w:rPr>
                <w:b/>
                <w:sz w:val="22"/>
              </w:rPr>
              <w:t>El Ávila, Caracas.</w:t>
            </w:r>
          </w:p>
          <w:p w14:paraId="00F167C9" w14:textId="77777777" w:rsidR="00A32449" w:rsidRDefault="00000000">
            <w:pPr>
              <w:spacing w:after="30"/>
            </w:pPr>
            <w:r>
              <w:rPr>
                <w:b/>
                <w:sz w:val="17"/>
              </w:rPr>
              <w:t xml:space="preserve">Medium: </w:t>
            </w:r>
            <w:r>
              <w:rPr>
                <w:sz w:val="17"/>
              </w:rPr>
              <w:t>ink on paper</w:t>
            </w:r>
          </w:p>
          <w:p w14:paraId="48272E5C" w14:textId="77777777" w:rsidR="00A32449" w:rsidRDefault="00000000">
            <w:pPr>
              <w:spacing w:after="30"/>
            </w:pPr>
            <w:r>
              <w:rPr>
                <w:b/>
                <w:sz w:val="17"/>
              </w:rPr>
              <w:t xml:space="preserve">Year: </w:t>
            </w:r>
            <w:r>
              <w:rPr>
                <w:sz w:val="17"/>
              </w:rPr>
              <w:t>2000</w:t>
            </w:r>
          </w:p>
          <w:p w14:paraId="222A5CF0" w14:textId="77777777" w:rsidR="00A32449" w:rsidRDefault="00000000">
            <w:pPr>
              <w:spacing w:after="30"/>
            </w:pPr>
            <w:r>
              <w:rPr>
                <w:b/>
                <w:sz w:val="17"/>
              </w:rPr>
              <w:t xml:space="preserve">Price: </w:t>
            </w:r>
            <w:r>
              <w:rPr>
                <w:sz w:val="17"/>
              </w:rPr>
              <w:t>$450</w:t>
            </w:r>
          </w:p>
        </w:tc>
      </w:tr>
      <w:tr w:rsidR="00A32449" w14:paraId="02DC1DC5" w14:textId="77777777">
        <w:trPr>
          <w:cantSplit/>
          <w:jc w:val="center"/>
        </w:trPr>
        <w:tc>
          <w:tcPr>
            <w:tcW w:w="2665" w:type="dxa"/>
            <w:tcBorders>
              <w:bottom w:val="single" w:sz="4" w:space="0" w:color="D9D9D9"/>
            </w:tcBorders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722A2A55" w14:textId="77777777" w:rsidR="00A32449" w:rsidRDefault="00000000">
            <w:pPr>
              <w:spacing w:before="40" w:after="40"/>
              <w:jc w:val="center"/>
            </w:pPr>
            <w:r>
              <w:rPr>
                <w:noProof/>
              </w:rPr>
              <w:drawing>
                <wp:inline distT="0" distB="0" distL="0" distR="0" wp14:anchorId="184D5C86" wp14:editId="6AE33A4C">
                  <wp:extent cx="1475999" cy="1107000"/>
                  <wp:effectExtent l="0" t="0" r="0" b="0"/>
                  <wp:docPr id="29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9_Los_Cabos.jpg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5999" cy="1107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28" w:type="dxa"/>
            <w:tcBorders>
              <w:bottom w:val="single" w:sz="4" w:space="0" w:color="D9D9D9"/>
            </w:tcBorders>
            <w:tcMar>
              <w:top w:w="90" w:type="dxa"/>
              <w:left w:w="140" w:type="dxa"/>
              <w:bottom w:w="90" w:type="dxa"/>
              <w:right w:w="80" w:type="dxa"/>
            </w:tcMar>
            <w:vAlign w:val="center"/>
          </w:tcPr>
          <w:p w14:paraId="56A6F51D" w14:textId="77777777" w:rsidR="00A32449" w:rsidRDefault="00000000">
            <w:pPr>
              <w:spacing w:before="20" w:after="60"/>
            </w:pPr>
            <w:r>
              <w:rPr>
                <w:b/>
                <w:sz w:val="22"/>
              </w:rPr>
              <w:t>Los Cabos</w:t>
            </w:r>
          </w:p>
          <w:p w14:paraId="5E164B80" w14:textId="77777777" w:rsidR="00A32449" w:rsidRDefault="00000000">
            <w:pPr>
              <w:spacing w:after="30"/>
            </w:pPr>
            <w:r>
              <w:rPr>
                <w:b/>
                <w:sz w:val="17"/>
              </w:rPr>
              <w:t xml:space="preserve">Medium: </w:t>
            </w:r>
            <w:r>
              <w:rPr>
                <w:sz w:val="17"/>
              </w:rPr>
              <w:t>ink on Strathmore paper</w:t>
            </w:r>
          </w:p>
          <w:p w14:paraId="185B51E8" w14:textId="77777777" w:rsidR="00A32449" w:rsidRDefault="00000000">
            <w:pPr>
              <w:spacing w:after="30"/>
            </w:pPr>
            <w:r>
              <w:rPr>
                <w:b/>
                <w:sz w:val="17"/>
              </w:rPr>
              <w:t xml:space="preserve">Year: </w:t>
            </w:r>
            <w:r>
              <w:rPr>
                <w:sz w:val="17"/>
              </w:rPr>
              <w:t>2000</w:t>
            </w:r>
          </w:p>
          <w:p w14:paraId="0261F40C" w14:textId="77777777" w:rsidR="00A32449" w:rsidRDefault="00000000">
            <w:pPr>
              <w:spacing w:after="30"/>
            </w:pPr>
            <w:r>
              <w:rPr>
                <w:b/>
                <w:sz w:val="17"/>
              </w:rPr>
              <w:t xml:space="preserve">Price: </w:t>
            </w:r>
            <w:r>
              <w:rPr>
                <w:sz w:val="17"/>
              </w:rPr>
              <w:t>$500</w:t>
            </w:r>
          </w:p>
        </w:tc>
      </w:tr>
      <w:tr w:rsidR="00A32449" w14:paraId="0EE7856B" w14:textId="77777777">
        <w:trPr>
          <w:cantSplit/>
          <w:jc w:val="center"/>
        </w:trPr>
        <w:tc>
          <w:tcPr>
            <w:tcW w:w="2665" w:type="dxa"/>
            <w:tcBorders>
              <w:bottom w:val="single" w:sz="4" w:space="0" w:color="D9D9D9"/>
            </w:tcBorders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516EC4E4" w14:textId="77777777" w:rsidR="00A32449" w:rsidRDefault="00000000">
            <w:pPr>
              <w:spacing w:before="40" w:after="40"/>
              <w:jc w:val="center"/>
            </w:pPr>
            <w:r>
              <w:rPr>
                <w:noProof/>
              </w:rPr>
              <w:drawing>
                <wp:inline distT="0" distB="0" distL="0" distR="0" wp14:anchorId="2A40699A" wp14:editId="041FF352">
                  <wp:extent cx="999000" cy="1332000"/>
                  <wp:effectExtent l="0" t="0" r="0" b="0"/>
                  <wp:docPr id="30" name="Pictur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0_Pidiendo_Pagando_Comiendo_Saliendo.jpg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9000" cy="133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28" w:type="dxa"/>
            <w:tcBorders>
              <w:bottom w:val="single" w:sz="4" w:space="0" w:color="D9D9D9"/>
            </w:tcBorders>
            <w:tcMar>
              <w:top w:w="90" w:type="dxa"/>
              <w:left w:w="140" w:type="dxa"/>
              <w:bottom w:w="90" w:type="dxa"/>
              <w:right w:w="80" w:type="dxa"/>
            </w:tcMar>
            <w:vAlign w:val="center"/>
          </w:tcPr>
          <w:p w14:paraId="218443C1" w14:textId="77777777" w:rsidR="00A32449" w:rsidRPr="000E3A69" w:rsidRDefault="00000000">
            <w:pPr>
              <w:spacing w:before="20" w:after="60"/>
              <w:rPr>
                <w:lang w:val="it-IT"/>
              </w:rPr>
            </w:pPr>
            <w:proofErr w:type="spellStart"/>
            <w:r w:rsidRPr="000E3A69">
              <w:rPr>
                <w:b/>
                <w:sz w:val="22"/>
                <w:lang w:val="it-IT"/>
              </w:rPr>
              <w:t>Pidiendo</w:t>
            </w:r>
            <w:proofErr w:type="spellEnd"/>
            <w:r w:rsidRPr="000E3A69">
              <w:rPr>
                <w:b/>
                <w:sz w:val="22"/>
                <w:lang w:val="it-IT"/>
              </w:rPr>
              <w:t xml:space="preserve">, Pagando, </w:t>
            </w:r>
            <w:proofErr w:type="spellStart"/>
            <w:r w:rsidRPr="000E3A69">
              <w:rPr>
                <w:b/>
                <w:sz w:val="22"/>
                <w:lang w:val="it-IT"/>
              </w:rPr>
              <w:t>Comiendo</w:t>
            </w:r>
            <w:proofErr w:type="spellEnd"/>
            <w:r w:rsidRPr="000E3A69">
              <w:rPr>
                <w:b/>
                <w:sz w:val="22"/>
                <w:lang w:val="it-IT"/>
              </w:rPr>
              <w:t xml:space="preserve">, </w:t>
            </w:r>
            <w:proofErr w:type="spellStart"/>
            <w:r w:rsidRPr="000E3A69">
              <w:rPr>
                <w:b/>
                <w:sz w:val="22"/>
                <w:lang w:val="it-IT"/>
              </w:rPr>
              <w:t>Saliendo</w:t>
            </w:r>
            <w:proofErr w:type="spellEnd"/>
            <w:r w:rsidRPr="000E3A69">
              <w:rPr>
                <w:b/>
                <w:sz w:val="22"/>
                <w:lang w:val="it-IT"/>
              </w:rPr>
              <w:t>!</w:t>
            </w:r>
          </w:p>
          <w:p w14:paraId="6A2808A5" w14:textId="77777777" w:rsidR="00A32449" w:rsidRPr="000E3A69" w:rsidRDefault="00000000">
            <w:pPr>
              <w:spacing w:after="30"/>
              <w:rPr>
                <w:lang w:val="it-IT"/>
              </w:rPr>
            </w:pPr>
            <w:r w:rsidRPr="000E3A69">
              <w:rPr>
                <w:b/>
                <w:sz w:val="17"/>
                <w:lang w:val="it-IT"/>
              </w:rPr>
              <w:t xml:space="preserve">Medium: </w:t>
            </w:r>
            <w:proofErr w:type="spellStart"/>
            <w:r w:rsidRPr="000E3A69">
              <w:rPr>
                <w:sz w:val="17"/>
                <w:lang w:val="it-IT"/>
              </w:rPr>
              <w:t>pencil</w:t>
            </w:r>
            <w:proofErr w:type="spellEnd"/>
            <w:r w:rsidRPr="000E3A69">
              <w:rPr>
                <w:sz w:val="17"/>
                <w:lang w:val="it-IT"/>
              </w:rPr>
              <w:t xml:space="preserve">, </w:t>
            </w:r>
            <w:proofErr w:type="spellStart"/>
            <w:r w:rsidRPr="000E3A69">
              <w:rPr>
                <w:sz w:val="17"/>
                <w:lang w:val="it-IT"/>
              </w:rPr>
              <w:t>pastel</w:t>
            </w:r>
            <w:proofErr w:type="spellEnd"/>
            <w:r w:rsidRPr="000E3A69">
              <w:rPr>
                <w:sz w:val="17"/>
                <w:lang w:val="it-IT"/>
              </w:rPr>
              <w:t xml:space="preserve">, </w:t>
            </w:r>
            <w:proofErr w:type="spellStart"/>
            <w:r w:rsidRPr="000E3A69">
              <w:rPr>
                <w:sz w:val="17"/>
                <w:lang w:val="it-IT"/>
              </w:rPr>
              <w:t>varnish</w:t>
            </w:r>
            <w:proofErr w:type="spellEnd"/>
            <w:r w:rsidRPr="000E3A69">
              <w:rPr>
                <w:sz w:val="17"/>
                <w:lang w:val="it-IT"/>
              </w:rPr>
              <w:t xml:space="preserve"> and marker</w:t>
            </w:r>
          </w:p>
          <w:p w14:paraId="1CE0915D" w14:textId="77777777" w:rsidR="00A32449" w:rsidRDefault="00000000">
            <w:pPr>
              <w:spacing w:after="30"/>
            </w:pPr>
            <w:r>
              <w:rPr>
                <w:b/>
                <w:sz w:val="17"/>
              </w:rPr>
              <w:t xml:space="preserve">Year: </w:t>
            </w:r>
            <w:r>
              <w:rPr>
                <w:sz w:val="17"/>
              </w:rPr>
              <w:t>2010</w:t>
            </w:r>
          </w:p>
          <w:p w14:paraId="6E355414" w14:textId="77777777" w:rsidR="00A32449" w:rsidRDefault="00000000">
            <w:pPr>
              <w:spacing w:after="30"/>
            </w:pPr>
            <w:r>
              <w:rPr>
                <w:b/>
                <w:sz w:val="17"/>
              </w:rPr>
              <w:t xml:space="preserve">Price: </w:t>
            </w:r>
            <w:r>
              <w:rPr>
                <w:sz w:val="17"/>
              </w:rPr>
              <w:t>$500</w:t>
            </w:r>
          </w:p>
        </w:tc>
      </w:tr>
      <w:tr w:rsidR="00A32449" w14:paraId="711A25E2" w14:textId="77777777">
        <w:trPr>
          <w:cantSplit/>
          <w:jc w:val="center"/>
        </w:trPr>
        <w:tc>
          <w:tcPr>
            <w:tcW w:w="2665" w:type="dxa"/>
            <w:tcBorders>
              <w:bottom w:val="single" w:sz="4" w:space="0" w:color="D9D9D9"/>
            </w:tcBorders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62F620FA" w14:textId="77777777" w:rsidR="00A32449" w:rsidRDefault="00000000">
            <w:pPr>
              <w:spacing w:before="40" w:after="40"/>
              <w:jc w:val="center"/>
            </w:pPr>
            <w:r>
              <w:rPr>
                <w:noProof/>
              </w:rPr>
              <w:drawing>
                <wp:inline distT="0" distB="0" distL="0" distR="0" wp14:anchorId="58C63102" wp14:editId="4652F79D">
                  <wp:extent cx="1475999" cy="1107000"/>
                  <wp:effectExtent l="0" t="0" r="0" b="0"/>
                  <wp:docPr id="31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1_Codex.jpg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5999" cy="1107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28" w:type="dxa"/>
            <w:tcBorders>
              <w:bottom w:val="single" w:sz="4" w:space="0" w:color="D9D9D9"/>
            </w:tcBorders>
            <w:tcMar>
              <w:top w:w="90" w:type="dxa"/>
              <w:left w:w="140" w:type="dxa"/>
              <w:bottom w:w="90" w:type="dxa"/>
              <w:right w:w="80" w:type="dxa"/>
            </w:tcMar>
            <w:vAlign w:val="center"/>
          </w:tcPr>
          <w:p w14:paraId="175BFF20" w14:textId="77777777" w:rsidR="00A32449" w:rsidRDefault="00000000">
            <w:pPr>
              <w:spacing w:before="20" w:after="60"/>
            </w:pPr>
            <w:r>
              <w:rPr>
                <w:b/>
                <w:sz w:val="22"/>
              </w:rPr>
              <w:t>Codex</w:t>
            </w:r>
          </w:p>
          <w:p w14:paraId="3F571C1B" w14:textId="77777777" w:rsidR="00A32449" w:rsidRDefault="00000000">
            <w:pPr>
              <w:spacing w:after="30"/>
            </w:pPr>
            <w:r>
              <w:rPr>
                <w:b/>
                <w:sz w:val="17"/>
              </w:rPr>
              <w:t xml:space="preserve">Medium: </w:t>
            </w:r>
            <w:r>
              <w:rPr>
                <w:sz w:val="17"/>
              </w:rPr>
              <w:t>digital print, unique monotype, 5 inks</w:t>
            </w:r>
          </w:p>
          <w:p w14:paraId="0BDE1B77" w14:textId="77777777" w:rsidR="00A32449" w:rsidRDefault="00000000">
            <w:pPr>
              <w:spacing w:after="30"/>
            </w:pPr>
            <w:r>
              <w:rPr>
                <w:b/>
                <w:sz w:val="17"/>
              </w:rPr>
              <w:t xml:space="preserve">Year: </w:t>
            </w:r>
            <w:r>
              <w:rPr>
                <w:sz w:val="17"/>
              </w:rPr>
              <w:t>1990</w:t>
            </w:r>
          </w:p>
          <w:p w14:paraId="62D06E08" w14:textId="77777777" w:rsidR="00A32449" w:rsidRDefault="00000000">
            <w:pPr>
              <w:spacing w:after="30"/>
            </w:pPr>
            <w:r>
              <w:rPr>
                <w:b/>
                <w:sz w:val="17"/>
              </w:rPr>
              <w:t xml:space="preserve">Price: </w:t>
            </w:r>
            <w:r>
              <w:rPr>
                <w:sz w:val="17"/>
              </w:rPr>
              <w:t>$700</w:t>
            </w:r>
          </w:p>
        </w:tc>
      </w:tr>
      <w:tr w:rsidR="00A32449" w14:paraId="7E785CB4" w14:textId="77777777">
        <w:trPr>
          <w:cantSplit/>
          <w:jc w:val="center"/>
        </w:trPr>
        <w:tc>
          <w:tcPr>
            <w:tcW w:w="2665" w:type="dxa"/>
            <w:tcBorders>
              <w:bottom w:val="single" w:sz="4" w:space="0" w:color="D9D9D9"/>
            </w:tcBorders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132C4E68" w14:textId="77777777" w:rsidR="00A32449" w:rsidRDefault="00000000">
            <w:pPr>
              <w:spacing w:before="40" w:after="40"/>
              <w:jc w:val="center"/>
            </w:pPr>
            <w:r>
              <w:rPr>
                <w:noProof/>
              </w:rPr>
              <w:drawing>
                <wp:inline distT="0" distB="0" distL="0" distR="0" wp14:anchorId="77F20C5C" wp14:editId="1BD12CD2">
                  <wp:extent cx="999000" cy="1332000"/>
                  <wp:effectExtent l="0" t="0" r="0" b="0"/>
                  <wp:docPr id="32" name="Pictur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2_Retrato_de_Roberto_Bolano_para_publicacion_en_la_Folha_Ilustrada_Sao_Paulo_Brasi.jpg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9000" cy="133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28" w:type="dxa"/>
            <w:tcBorders>
              <w:bottom w:val="single" w:sz="4" w:space="0" w:color="D9D9D9"/>
            </w:tcBorders>
            <w:tcMar>
              <w:top w:w="90" w:type="dxa"/>
              <w:left w:w="140" w:type="dxa"/>
              <w:bottom w:w="90" w:type="dxa"/>
              <w:right w:w="80" w:type="dxa"/>
            </w:tcMar>
            <w:vAlign w:val="center"/>
          </w:tcPr>
          <w:p w14:paraId="25C8B6A3" w14:textId="77777777" w:rsidR="00A32449" w:rsidRPr="000E3A69" w:rsidRDefault="00000000">
            <w:pPr>
              <w:spacing w:before="20" w:after="60"/>
              <w:rPr>
                <w:lang w:val="it-IT"/>
              </w:rPr>
            </w:pPr>
            <w:proofErr w:type="spellStart"/>
            <w:r w:rsidRPr="000E3A69">
              <w:rPr>
                <w:b/>
                <w:sz w:val="22"/>
                <w:lang w:val="it-IT"/>
              </w:rPr>
              <w:t>Retrato</w:t>
            </w:r>
            <w:proofErr w:type="spellEnd"/>
            <w:r w:rsidRPr="000E3A69">
              <w:rPr>
                <w:b/>
                <w:sz w:val="22"/>
                <w:lang w:val="it-IT"/>
              </w:rPr>
              <w:t xml:space="preserve"> de Roberto Bolaño para </w:t>
            </w:r>
            <w:proofErr w:type="spellStart"/>
            <w:r w:rsidRPr="000E3A69">
              <w:rPr>
                <w:b/>
                <w:sz w:val="22"/>
                <w:lang w:val="it-IT"/>
              </w:rPr>
              <w:t>publicación</w:t>
            </w:r>
            <w:proofErr w:type="spellEnd"/>
            <w:r w:rsidRPr="000E3A69">
              <w:rPr>
                <w:b/>
                <w:sz w:val="22"/>
                <w:lang w:val="it-IT"/>
              </w:rPr>
              <w:t xml:space="preserve"> en la “</w:t>
            </w:r>
            <w:proofErr w:type="spellStart"/>
            <w:r w:rsidRPr="000E3A69">
              <w:rPr>
                <w:b/>
                <w:sz w:val="22"/>
                <w:lang w:val="it-IT"/>
              </w:rPr>
              <w:t>Folha</w:t>
            </w:r>
            <w:proofErr w:type="spellEnd"/>
            <w:r w:rsidRPr="000E3A69">
              <w:rPr>
                <w:b/>
                <w:sz w:val="22"/>
                <w:lang w:val="it-IT"/>
              </w:rPr>
              <w:t xml:space="preserve"> </w:t>
            </w:r>
            <w:proofErr w:type="spellStart"/>
            <w:r w:rsidRPr="000E3A69">
              <w:rPr>
                <w:b/>
                <w:sz w:val="22"/>
                <w:lang w:val="it-IT"/>
              </w:rPr>
              <w:t>Ilustrada</w:t>
            </w:r>
            <w:proofErr w:type="spellEnd"/>
            <w:r w:rsidRPr="000E3A69">
              <w:rPr>
                <w:b/>
                <w:sz w:val="22"/>
                <w:lang w:val="it-IT"/>
              </w:rPr>
              <w:t>”, Sao Paulo, Brasil.</w:t>
            </w:r>
          </w:p>
          <w:p w14:paraId="2013504D" w14:textId="77777777" w:rsidR="00A32449" w:rsidRDefault="00000000">
            <w:pPr>
              <w:spacing w:after="30"/>
            </w:pPr>
            <w:r>
              <w:rPr>
                <w:b/>
                <w:sz w:val="17"/>
              </w:rPr>
              <w:t xml:space="preserve">Medium: </w:t>
            </w:r>
            <w:r>
              <w:rPr>
                <w:sz w:val="17"/>
              </w:rPr>
              <w:t>pencil and ink on paper</w:t>
            </w:r>
          </w:p>
          <w:p w14:paraId="1FFC5F95" w14:textId="77777777" w:rsidR="00A32449" w:rsidRDefault="00000000">
            <w:pPr>
              <w:spacing w:after="30"/>
            </w:pPr>
            <w:r>
              <w:rPr>
                <w:b/>
                <w:sz w:val="17"/>
              </w:rPr>
              <w:t xml:space="preserve">Year: </w:t>
            </w:r>
            <w:r>
              <w:rPr>
                <w:sz w:val="17"/>
              </w:rPr>
              <w:t>2008</w:t>
            </w:r>
          </w:p>
          <w:p w14:paraId="2FEBA727" w14:textId="77777777" w:rsidR="00A32449" w:rsidRDefault="00000000">
            <w:pPr>
              <w:spacing w:after="30"/>
            </w:pPr>
            <w:r>
              <w:rPr>
                <w:b/>
                <w:sz w:val="17"/>
              </w:rPr>
              <w:t xml:space="preserve">Price: </w:t>
            </w:r>
            <w:r>
              <w:rPr>
                <w:sz w:val="17"/>
              </w:rPr>
              <w:t>$1,500</w:t>
            </w:r>
          </w:p>
        </w:tc>
      </w:tr>
      <w:tr w:rsidR="00A32449" w14:paraId="4EDCBCD3" w14:textId="77777777">
        <w:trPr>
          <w:cantSplit/>
          <w:jc w:val="center"/>
        </w:trPr>
        <w:tc>
          <w:tcPr>
            <w:tcW w:w="2665" w:type="dxa"/>
            <w:tcBorders>
              <w:bottom w:val="single" w:sz="4" w:space="0" w:color="D9D9D9"/>
            </w:tcBorders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6A8967EA" w14:textId="77777777" w:rsidR="00A32449" w:rsidRDefault="00000000">
            <w:pPr>
              <w:spacing w:before="40" w:after="40"/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 wp14:anchorId="42B13075" wp14:editId="154F0E41">
                  <wp:extent cx="999000" cy="1332000"/>
                  <wp:effectExtent l="0" t="1270" r="3175" b="3175"/>
                  <wp:docPr id="33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3_Estencil_Pinocho.jpg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999000" cy="133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28" w:type="dxa"/>
            <w:tcBorders>
              <w:bottom w:val="single" w:sz="4" w:space="0" w:color="D9D9D9"/>
            </w:tcBorders>
            <w:tcMar>
              <w:top w:w="90" w:type="dxa"/>
              <w:left w:w="140" w:type="dxa"/>
              <w:bottom w:w="90" w:type="dxa"/>
              <w:right w:w="80" w:type="dxa"/>
            </w:tcMar>
            <w:vAlign w:val="center"/>
          </w:tcPr>
          <w:p w14:paraId="346465E2" w14:textId="77777777" w:rsidR="00A32449" w:rsidRDefault="00000000">
            <w:pPr>
              <w:spacing w:before="20" w:after="60"/>
            </w:pPr>
            <w:r>
              <w:rPr>
                <w:b/>
                <w:sz w:val="22"/>
              </w:rPr>
              <w:t>Esténcil Pinocho</w:t>
            </w:r>
          </w:p>
          <w:p w14:paraId="0AA55BD5" w14:textId="77777777" w:rsidR="00A32449" w:rsidRDefault="00000000">
            <w:pPr>
              <w:spacing w:after="30"/>
            </w:pPr>
            <w:r>
              <w:rPr>
                <w:b/>
                <w:sz w:val="17"/>
              </w:rPr>
              <w:t xml:space="preserve">Medium: </w:t>
            </w:r>
            <w:r>
              <w:rPr>
                <w:sz w:val="17"/>
              </w:rPr>
              <w:t>mimeograph</w:t>
            </w:r>
          </w:p>
          <w:p w14:paraId="04C0ADDC" w14:textId="77777777" w:rsidR="00A32449" w:rsidRDefault="00000000">
            <w:pPr>
              <w:spacing w:after="30"/>
            </w:pPr>
            <w:r>
              <w:rPr>
                <w:b/>
                <w:sz w:val="17"/>
              </w:rPr>
              <w:t xml:space="preserve">Year: </w:t>
            </w:r>
            <w:r>
              <w:rPr>
                <w:sz w:val="17"/>
              </w:rPr>
              <w:t>1976</w:t>
            </w:r>
          </w:p>
          <w:p w14:paraId="6EDA7C3A" w14:textId="77777777" w:rsidR="00A32449" w:rsidRDefault="00000000">
            <w:pPr>
              <w:spacing w:after="30"/>
            </w:pPr>
            <w:r>
              <w:rPr>
                <w:b/>
                <w:sz w:val="17"/>
              </w:rPr>
              <w:t xml:space="preserve">Price: </w:t>
            </w:r>
            <w:r>
              <w:rPr>
                <w:sz w:val="17"/>
              </w:rPr>
              <w:t>$300</w:t>
            </w:r>
          </w:p>
        </w:tc>
      </w:tr>
      <w:tr w:rsidR="00A32449" w14:paraId="3C722610" w14:textId="77777777">
        <w:trPr>
          <w:cantSplit/>
          <w:jc w:val="center"/>
        </w:trPr>
        <w:tc>
          <w:tcPr>
            <w:tcW w:w="2665" w:type="dxa"/>
            <w:tcBorders>
              <w:bottom w:val="single" w:sz="4" w:space="0" w:color="D9D9D9"/>
            </w:tcBorders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0544B8F5" w14:textId="77777777" w:rsidR="00A32449" w:rsidRDefault="00000000">
            <w:pPr>
              <w:spacing w:before="40" w:after="40"/>
              <w:jc w:val="center"/>
            </w:pPr>
            <w:r>
              <w:rPr>
                <w:noProof/>
              </w:rPr>
              <w:drawing>
                <wp:inline distT="0" distB="0" distL="0" distR="0" wp14:anchorId="746C7514" wp14:editId="1FB934FC">
                  <wp:extent cx="999000" cy="1332000"/>
                  <wp:effectExtent l="0" t="1270" r="3175" b="3175"/>
                  <wp:docPr id="34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4_carta_del_27_de_noviembre_a_Walter_su_padre_desde_Canada.jpg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999000" cy="133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28" w:type="dxa"/>
            <w:tcBorders>
              <w:bottom w:val="single" w:sz="4" w:space="0" w:color="D9D9D9"/>
            </w:tcBorders>
            <w:tcMar>
              <w:top w:w="90" w:type="dxa"/>
              <w:left w:w="140" w:type="dxa"/>
              <w:bottom w:w="90" w:type="dxa"/>
              <w:right w:w="80" w:type="dxa"/>
            </w:tcMar>
            <w:vAlign w:val="center"/>
          </w:tcPr>
          <w:p w14:paraId="38783B5D" w14:textId="77777777" w:rsidR="00A32449" w:rsidRPr="000E3A69" w:rsidRDefault="00000000">
            <w:pPr>
              <w:spacing w:before="20" w:after="60"/>
              <w:rPr>
                <w:lang w:val="it-IT"/>
              </w:rPr>
            </w:pPr>
            <w:r w:rsidRPr="000E3A69">
              <w:rPr>
                <w:b/>
                <w:sz w:val="22"/>
                <w:lang w:val="it-IT"/>
              </w:rPr>
              <w:t xml:space="preserve">carta del 27 de </w:t>
            </w:r>
            <w:proofErr w:type="spellStart"/>
            <w:r w:rsidRPr="000E3A69">
              <w:rPr>
                <w:b/>
                <w:sz w:val="22"/>
                <w:lang w:val="it-IT"/>
              </w:rPr>
              <w:t>noviembre</w:t>
            </w:r>
            <w:proofErr w:type="spellEnd"/>
            <w:r w:rsidRPr="000E3A69">
              <w:rPr>
                <w:b/>
                <w:sz w:val="22"/>
                <w:lang w:val="it-IT"/>
              </w:rPr>
              <w:t xml:space="preserve"> a Walter, su padre, </w:t>
            </w:r>
            <w:proofErr w:type="spellStart"/>
            <w:r w:rsidRPr="000E3A69">
              <w:rPr>
                <w:b/>
                <w:sz w:val="22"/>
                <w:lang w:val="it-IT"/>
              </w:rPr>
              <w:t>desde</w:t>
            </w:r>
            <w:proofErr w:type="spellEnd"/>
            <w:r w:rsidRPr="000E3A69">
              <w:rPr>
                <w:b/>
                <w:sz w:val="22"/>
                <w:lang w:val="it-IT"/>
              </w:rPr>
              <w:t xml:space="preserve"> </w:t>
            </w:r>
            <w:proofErr w:type="spellStart"/>
            <w:r w:rsidRPr="000E3A69">
              <w:rPr>
                <w:b/>
                <w:sz w:val="22"/>
                <w:lang w:val="it-IT"/>
              </w:rPr>
              <w:t>Canadá</w:t>
            </w:r>
            <w:proofErr w:type="spellEnd"/>
          </w:p>
          <w:p w14:paraId="778A26A3" w14:textId="77777777" w:rsidR="00A32449" w:rsidRDefault="00000000">
            <w:pPr>
              <w:spacing w:after="30"/>
            </w:pPr>
            <w:r>
              <w:rPr>
                <w:b/>
                <w:sz w:val="17"/>
              </w:rPr>
              <w:t xml:space="preserve">Medium: </w:t>
            </w:r>
            <w:r>
              <w:rPr>
                <w:sz w:val="17"/>
              </w:rPr>
              <w:t>pen, envelope and postage stamp</w:t>
            </w:r>
          </w:p>
          <w:p w14:paraId="09F942D7" w14:textId="77777777" w:rsidR="00A32449" w:rsidRDefault="00000000">
            <w:pPr>
              <w:spacing w:after="30"/>
            </w:pPr>
            <w:r>
              <w:rPr>
                <w:b/>
                <w:sz w:val="17"/>
              </w:rPr>
              <w:t xml:space="preserve">Year: </w:t>
            </w:r>
            <w:r>
              <w:rPr>
                <w:sz w:val="17"/>
              </w:rPr>
              <w:t>1956</w:t>
            </w:r>
          </w:p>
          <w:p w14:paraId="3A85DCBE" w14:textId="77777777" w:rsidR="00A32449" w:rsidRDefault="00000000">
            <w:pPr>
              <w:spacing w:after="30"/>
            </w:pPr>
            <w:r>
              <w:rPr>
                <w:b/>
                <w:sz w:val="17"/>
              </w:rPr>
              <w:t xml:space="preserve">Price: </w:t>
            </w:r>
            <w:r>
              <w:rPr>
                <w:sz w:val="17"/>
              </w:rPr>
              <w:t>$100</w:t>
            </w:r>
          </w:p>
        </w:tc>
      </w:tr>
      <w:tr w:rsidR="00A32449" w14:paraId="457C4523" w14:textId="77777777">
        <w:trPr>
          <w:cantSplit/>
          <w:jc w:val="center"/>
        </w:trPr>
        <w:tc>
          <w:tcPr>
            <w:tcW w:w="2665" w:type="dxa"/>
            <w:tcBorders>
              <w:bottom w:val="single" w:sz="4" w:space="0" w:color="D9D9D9"/>
            </w:tcBorders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022B00C5" w14:textId="77777777" w:rsidR="00A32449" w:rsidRDefault="00000000">
            <w:pPr>
              <w:spacing w:before="40" w:after="40"/>
              <w:jc w:val="center"/>
            </w:pPr>
            <w:r>
              <w:rPr>
                <w:noProof/>
              </w:rPr>
              <w:drawing>
                <wp:inline distT="0" distB="0" distL="0" distR="0" wp14:anchorId="15573885" wp14:editId="4E2006AE">
                  <wp:extent cx="999000" cy="1332000"/>
                  <wp:effectExtent l="0" t="0" r="0" b="0"/>
                  <wp:docPr id="35" name="Pictur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5_carta_del_22_de_noviembre_a_Walter_su_padre_desde_Canada.jpg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9000" cy="133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28" w:type="dxa"/>
            <w:tcBorders>
              <w:bottom w:val="single" w:sz="4" w:space="0" w:color="D9D9D9"/>
            </w:tcBorders>
            <w:tcMar>
              <w:top w:w="90" w:type="dxa"/>
              <w:left w:w="140" w:type="dxa"/>
              <w:bottom w:w="90" w:type="dxa"/>
              <w:right w:w="80" w:type="dxa"/>
            </w:tcMar>
            <w:vAlign w:val="center"/>
          </w:tcPr>
          <w:p w14:paraId="46C92795" w14:textId="77777777" w:rsidR="00A32449" w:rsidRPr="000E3A69" w:rsidRDefault="00000000">
            <w:pPr>
              <w:spacing w:before="20" w:after="60"/>
              <w:rPr>
                <w:lang w:val="it-IT"/>
              </w:rPr>
            </w:pPr>
            <w:r w:rsidRPr="000E3A69">
              <w:rPr>
                <w:b/>
                <w:sz w:val="22"/>
                <w:lang w:val="it-IT"/>
              </w:rPr>
              <w:t xml:space="preserve">carta del 22 de </w:t>
            </w:r>
            <w:proofErr w:type="spellStart"/>
            <w:r w:rsidRPr="000E3A69">
              <w:rPr>
                <w:b/>
                <w:sz w:val="22"/>
                <w:lang w:val="it-IT"/>
              </w:rPr>
              <w:t>noviembre</w:t>
            </w:r>
            <w:proofErr w:type="spellEnd"/>
            <w:r w:rsidRPr="000E3A69">
              <w:rPr>
                <w:b/>
                <w:sz w:val="22"/>
                <w:lang w:val="it-IT"/>
              </w:rPr>
              <w:t xml:space="preserve"> a Walter, su padre, </w:t>
            </w:r>
            <w:proofErr w:type="spellStart"/>
            <w:r w:rsidRPr="000E3A69">
              <w:rPr>
                <w:b/>
                <w:sz w:val="22"/>
                <w:lang w:val="it-IT"/>
              </w:rPr>
              <w:t>desde</w:t>
            </w:r>
            <w:proofErr w:type="spellEnd"/>
            <w:r w:rsidRPr="000E3A69">
              <w:rPr>
                <w:b/>
                <w:sz w:val="22"/>
                <w:lang w:val="it-IT"/>
              </w:rPr>
              <w:t xml:space="preserve"> </w:t>
            </w:r>
            <w:proofErr w:type="spellStart"/>
            <w:r w:rsidRPr="000E3A69">
              <w:rPr>
                <w:b/>
                <w:sz w:val="22"/>
                <w:lang w:val="it-IT"/>
              </w:rPr>
              <w:t>Canadá</w:t>
            </w:r>
            <w:proofErr w:type="spellEnd"/>
          </w:p>
          <w:p w14:paraId="2E006ACE" w14:textId="77777777" w:rsidR="00A32449" w:rsidRDefault="00000000">
            <w:pPr>
              <w:spacing w:after="30"/>
            </w:pPr>
            <w:r>
              <w:rPr>
                <w:b/>
                <w:sz w:val="17"/>
              </w:rPr>
              <w:t xml:space="preserve">Medium: </w:t>
            </w:r>
            <w:r>
              <w:rPr>
                <w:sz w:val="17"/>
              </w:rPr>
              <w:t>pen, envelope and postage stamp</w:t>
            </w:r>
          </w:p>
          <w:p w14:paraId="610E2BFD" w14:textId="77777777" w:rsidR="00A32449" w:rsidRDefault="00000000">
            <w:pPr>
              <w:spacing w:after="30"/>
            </w:pPr>
            <w:r>
              <w:rPr>
                <w:b/>
                <w:sz w:val="17"/>
              </w:rPr>
              <w:t xml:space="preserve">Year: </w:t>
            </w:r>
            <w:r>
              <w:rPr>
                <w:sz w:val="17"/>
              </w:rPr>
              <w:t>1956</w:t>
            </w:r>
          </w:p>
          <w:p w14:paraId="77BA69DD" w14:textId="77777777" w:rsidR="00A32449" w:rsidRDefault="00000000">
            <w:pPr>
              <w:spacing w:after="30"/>
            </w:pPr>
            <w:r>
              <w:rPr>
                <w:b/>
                <w:sz w:val="17"/>
              </w:rPr>
              <w:t xml:space="preserve">Price: </w:t>
            </w:r>
            <w:r>
              <w:rPr>
                <w:sz w:val="17"/>
              </w:rPr>
              <w:t>$100</w:t>
            </w:r>
          </w:p>
        </w:tc>
      </w:tr>
      <w:tr w:rsidR="00A32449" w14:paraId="73EAF5C1" w14:textId="77777777">
        <w:trPr>
          <w:cantSplit/>
          <w:jc w:val="center"/>
        </w:trPr>
        <w:tc>
          <w:tcPr>
            <w:tcW w:w="2665" w:type="dxa"/>
            <w:tcBorders>
              <w:bottom w:val="single" w:sz="4" w:space="0" w:color="D9D9D9"/>
            </w:tcBorders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4B752150" w14:textId="77777777" w:rsidR="00A32449" w:rsidRDefault="00000000">
            <w:pPr>
              <w:spacing w:before="40" w:after="40"/>
              <w:jc w:val="center"/>
            </w:pPr>
            <w:r>
              <w:rPr>
                <w:noProof/>
              </w:rPr>
              <w:drawing>
                <wp:inline distT="0" distB="0" distL="0" distR="0" wp14:anchorId="3DAD1C2D" wp14:editId="351EB175">
                  <wp:extent cx="999000" cy="1332000"/>
                  <wp:effectExtent l="0" t="0" r="0" b="0"/>
                  <wp:docPr id="36" name="Pictur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6_Collage_hecho_por_Felipe_en_el_reencuentro_de_los_socios_de_BGP_con_motivo_del_h.jpg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9000" cy="133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28" w:type="dxa"/>
            <w:tcBorders>
              <w:bottom w:val="single" w:sz="4" w:space="0" w:color="D9D9D9"/>
            </w:tcBorders>
            <w:tcMar>
              <w:top w:w="90" w:type="dxa"/>
              <w:left w:w="140" w:type="dxa"/>
              <w:bottom w:w="90" w:type="dxa"/>
              <w:right w:w="80" w:type="dxa"/>
            </w:tcMar>
            <w:vAlign w:val="center"/>
          </w:tcPr>
          <w:p w14:paraId="678BCC7B" w14:textId="77777777" w:rsidR="00A32449" w:rsidRPr="000E3A69" w:rsidRDefault="00000000">
            <w:pPr>
              <w:spacing w:before="20" w:after="60"/>
              <w:rPr>
                <w:lang w:val="it-IT"/>
              </w:rPr>
            </w:pPr>
            <w:r w:rsidRPr="000E3A69">
              <w:rPr>
                <w:b/>
                <w:sz w:val="22"/>
                <w:lang w:val="it-IT"/>
              </w:rPr>
              <w:t xml:space="preserve">Collage </w:t>
            </w:r>
            <w:proofErr w:type="spellStart"/>
            <w:r w:rsidRPr="000E3A69">
              <w:rPr>
                <w:b/>
                <w:sz w:val="22"/>
                <w:lang w:val="it-IT"/>
              </w:rPr>
              <w:t>hecho</w:t>
            </w:r>
            <w:proofErr w:type="spellEnd"/>
            <w:r w:rsidRPr="000E3A69">
              <w:rPr>
                <w:b/>
                <w:sz w:val="22"/>
                <w:lang w:val="it-IT"/>
              </w:rPr>
              <w:t xml:space="preserve"> por Felipe en </w:t>
            </w:r>
            <w:proofErr w:type="spellStart"/>
            <w:r w:rsidRPr="000E3A69">
              <w:rPr>
                <w:b/>
                <w:sz w:val="22"/>
                <w:lang w:val="it-IT"/>
              </w:rPr>
              <w:t>el</w:t>
            </w:r>
            <w:proofErr w:type="spellEnd"/>
            <w:r w:rsidRPr="000E3A69">
              <w:rPr>
                <w:b/>
                <w:sz w:val="22"/>
                <w:lang w:val="it-IT"/>
              </w:rPr>
              <w:t xml:space="preserve"> </w:t>
            </w:r>
            <w:proofErr w:type="spellStart"/>
            <w:r w:rsidRPr="000E3A69">
              <w:rPr>
                <w:b/>
                <w:sz w:val="22"/>
                <w:lang w:val="it-IT"/>
              </w:rPr>
              <w:t>reencuentro</w:t>
            </w:r>
            <w:proofErr w:type="spellEnd"/>
            <w:r w:rsidRPr="000E3A69">
              <w:rPr>
                <w:b/>
                <w:sz w:val="22"/>
                <w:lang w:val="it-IT"/>
              </w:rPr>
              <w:t xml:space="preserve"> de </w:t>
            </w:r>
            <w:proofErr w:type="spellStart"/>
            <w:r w:rsidRPr="000E3A69">
              <w:rPr>
                <w:b/>
                <w:sz w:val="22"/>
                <w:lang w:val="it-IT"/>
              </w:rPr>
              <w:t>los</w:t>
            </w:r>
            <w:proofErr w:type="spellEnd"/>
            <w:r w:rsidRPr="000E3A69">
              <w:rPr>
                <w:b/>
                <w:sz w:val="22"/>
                <w:lang w:val="it-IT"/>
              </w:rPr>
              <w:t xml:space="preserve"> </w:t>
            </w:r>
            <w:proofErr w:type="spellStart"/>
            <w:r w:rsidRPr="000E3A69">
              <w:rPr>
                <w:b/>
                <w:sz w:val="22"/>
                <w:lang w:val="it-IT"/>
              </w:rPr>
              <w:t>socios</w:t>
            </w:r>
            <w:proofErr w:type="spellEnd"/>
            <w:r w:rsidRPr="000E3A69">
              <w:rPr>
                <w:b/>
                <w:sz w:val="22"/>
                <w:lang w:val="it-IT"/>
              </w:rPr>
              <w:t xml:space="preserve"> de BGP, con motivo del </w:t>
            </w:r>
            <w:proofErr w:type="spellStart"/>
            <w:r w:rsidRPr="000E3A69">
              <w:rPr>
                <w:b/>
                <w:sz w:val="22"/>
                <w:lang w:val="it-IT"/>
              </w:rPr>
              <w:t>homenaje</w:t>
            </w:r>
            <w:proofErr w:type="spellEnd"/>
            <w:r w:rsidRPr="000E3A69">
              <w:rPr>
                <w:b/>
                <w:sz w:val="22"/>
                <w:lang w:val="it-IT"/>
              </w:rPr>
              <w:t xml:space="preserve"> </w:t>
            </w:r>
            <w:proofErr w:type="spellStart"/>
            <w:r w:rsidRPr="000E3A69">
              <w:rPr>
                <w:b/>
                <w:sz w:val="22"/>
                <w:lang w:val="it-IT"/>
              </w:rPr>
              <w:t>hermosamente</w:t>
            </w:r>
            <w:proofErr w:type="spellEnd"/>
            <w:r w:rsidRPr="000E3A69">
              <w:rPr>
                <w:b/>
                <w:sz w:val="22"/>
                <w:lang w:val="it-IT"/>
              </w:rPr>
              <w:t xml:space="preserve"> </w:t>
            </w:r>
            <w:proofErr w:type="spellStart"/>
            <w:r w:rsidRPr="000E3A69">
              <w:rPr>
                <w:b/>
                <w:sz w:val="22"/>
                <w:lang w:val="it-IT"/>
              </w:rPr>
              <w:t>curado</w:t>
            </w:r>
            <w:proofErr w:type="spellEnd"/>
            <w:r w:rsidRPr="000E3A69">
              <w:rPr>
                <w:b/>
                <w:sz w:val="22"/>
                <w:lang w:val="it-IT"/>
              </w:rPr>
              <w:t xml:space="preserve"> por Alice Motard en </w:t>
            </w:r>
            <w:proofErr w:type="spellStart"/>
            <w:r w:rsidRPr="000E3A69">
              <w:rPr>
                <w:b/>
                <w:sz w:val="22"/>
                <w:lang w:val="it-IT"/>
              </w:rPr>
              <w:t>Burdeos</w:t>
            </w:r>
            <w:proofErr w:type="spellEnd"/>
            <w:r w:rsidRPr="000E3A69">
              <w:rPr>
                <w:b/>
                <w:sz w:val="22"/>
                <w:lang w:val="it-IT"/>
              </w:rPr>
              <w:t>, Francia.</w:t>
            </w:r>
          </w:p>
          <w:p w14:paraId="79308364" w14:textId="77777777" w:rsidR="00A32449" w:rsidRDefault="00000000">
            <w:pPr>
              <w:spacing w:after="30"/>
            </w:pPr>
            <w:r>
              <w:rPr>
                <w:b/>
                <w:sz w:val="17"/>
              </w:rPr>
              <w:t xml:space="preserve">Medium: </w:t>
            </w:r>
            <w:r>
              <w:rPr>
                <w:sz w:val="17"/>
              </w:rPr>
              <w:t>collage made with digital photographs</w:t>
            </w:r>
          </w:p>
          <w:p w14:paraId="552D8511" w14:textId="77777777" w:rsidR="00A32449" w:rsidRDefault="00000000">
            <w:pPr>
              <w:spacing w:after="30"/>
            </w:pPr>
            <w:r>
              <w:rPr>
                <w:b/>
                <w:sz w:val="17"/>
              </w:rPr>
              <w:t xml:space="preserve">Year: </w:t>
            </w:r>
            <w:r>
              <w:rPr>
                <w:sz w:val="17"/>
              </w:rPr>
              <w:t>2017</w:t>
            </w:r>
          </w:p>
          <w:p w14:paraId="4E56D30A" w14:textId="77777777" w:rsidR="00A32449" w:rsidRDefault="00000000">
            <w:pPr>
              <w:spacing w:after="30"/>
            </w:pPr>
            <w:r>
              <w:rPr>
                <w:b/>
                <w:sz w:val="17"/>
              </w:rPr>
              <w:t xml:space="preserve">Price: </w:t>
            </w:r>
            <w:r>
              <w:rPr>
                <w:sz w:val="17"/>
              </w:rPr>
              <w:t>$150</w:t>
            </w:r>
          </w:p>
        </w:tc>
      </w:tr>
      <w:tr w:rsidR="00A32449" w14:paraId="5F0EE558" w14:textId="77777777">
        <w:trPr>
          <w:cantSplit/>
          <w:jc w:val="center"/>
        </w:trPr>
        <w:tc>
          <w:tcPr>
            <w:tcW w:w="2665" w:type="dxa"/>
            <w:tcBorders>
              <w:bottom w:val="single" w:sz="4" w:space="0" w:color="D9D9D9"/>
            </w:tcBorders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17E2E620" w14:textId="77777777" w:rsidR="00A32449" w:rsidRDefault="00000000">
            <w:pPr>
              <w:spacing w:before="40" w:after="40"/>
              <w:jc w:val="center"/>
            </w:pPr>
            <w:r>
              <w:rPr>
                <w:noProof/>
              </w:rPr>
              <w:drawing>
                <wp:inline distT="0" distB="0" distL="0" distR="0" wp14:anchorId="758A9770" wp14:editId="60E09DE5">
                  <wp:extent cx="999000" cy="1332000"/>
                  <wp:effectExtent l="0" t="0" r="0" b="0"/>
                  <wp:docPr id="37" name="Picture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7_And_then.jpg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9000" cy="133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28" w:type="dxa"/>
            <w:tcBorders>
              <w:bottom w:val="single" w:sz="4" w:space="0" w:color="D9D9D9"/>
            </w:tcBorders>
            <w:tcMar>
              <w:top w:w="90" w:type="dxa"/>
              <w:left w:w="140" w:type="dxa"/>
              <w:bottom w:w="90" w:type="dxa"/>
              <w:right w:w="80" w:type="dxa"/>
            </w:tcMar>
            <w:vAlign w:val="center"/>
          </w:tcPr>
          <w:p w14:paraId="76A31A96" w14:textId="77777777" w:rsidR="00A32449" w:rsidRDefault="00000000">
            <w:pPr>
              <w:spacing w:before="20" w:after="60"/>
            </w:pPr>
            <w:r>
              <w:rPr>
                <w:b/>
                <w:sz w:val="22"/>
              </w:rPr>
              <w:t>And then</w:t>
            </w:r>
          </w:p>
          <w:p w14:paraId="6A3FD8D6" w14:textId="77777777" w:rsidR="00A32449" w:rsidRDefault="00000000">
            <w:pPr>
              <w:spacing w:after="30"/>
            </w:pPr>
            <w:r>
              <w:rPr>
                <w:b/>
                <w:sz w:val="17"/>
              </w:rPr>
              <w:t xml:space="preserve">Medium: </w:t>
            </w:r>
            <w:r>
              <w:rPr>
                <w:sz w:val="17"/>
              </w:rPr>
              <w:t>marker and coloured pencil on quarto paper</w:t>
            </w:r>
          </w:p>
          <w:p w14:paraId="2E6E7C9C" w14:textId="77777777" w:rsidR="00A32449" w:rsidRDefault="00000000">
            <w:pPr>
              <w:spacing w:after="30"/>
            </w:pPr>
            <w:r>
              <w:rPr>
                <w:b/>
                <w:sz w:val="17"/>
              </w:rPr>
              <w:t xml:space="preserve">Year: </w:t>
            </w:r>
            <w:r>
              <w:rPr>
                <w:sz w:val="17"/>
              </w:rPr>
              <w:t>c. 1960s</w:t>
            </w:r>
          </w:p>
          <w:p w14:paraId="5FAF319B" w14:textId="77777777" w:rsidR="00A32449" w:rsidRDefault="00000000">
            <w:pPr>
              <w:spacing w:after="30"/>
            </w:pPr>
            <w:r>
              <w:rPr>
                <w:b/>
                <w:sz w:val="17"/>
              </w:rPr>
              <w:t xml:space="preserve">Price: </w:t>
            </w:r>
            <w:r>
              <w:rPr>
                <w:sz w:val="17"/>
              </w:rPr>
              <w:t>$900</w:t>
            </w:r>
          </w:p>
        </w:tc>
      </w:tr>
      <w:tr w:rsidR="00A32449" w14:paraId="387DED9B" w14:textId="77777777">
        <w:trPr>
          <w:cantSplit/>
          <w:jc w:val="center"/>
        </w:trPr>
        <w:tc>
          <w:tcPr>
            <w:tcW w:w="2665" w:type="dxa"/>
            <w:tcBorders>
              <w:bottom w:val="single" w:sz="4" w:space="0" w:color="D9D9D9"/>
            </w:tcBorders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5981393C" w14:textId="77777777" w:rsidR="00A32449" w:rsidRDefault="00000000">
            <w:pPr>
              <w:spacing w:before="40" w:after="40"/>
              <w:jc w:val="center"/>
            </w:pPr>
            <w:r>
              <w:rPr>
                <w:noProof/>
              </w:rPr>
              <w:drawing>
                <wp:inline distT="0" distB="0" distL="0" distR="0" wp14:anchorId="24163DEC" wp14:editId="04525783">
                  <wp:extent cx="999000" cy="1332000"/>
                  <wp:effectExtent l="0" t="0" r="0" b="0"/>
                  <wp:docPr id="38" name="Pictu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8_And_then_back_to_the_mind.jpg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9000" cy="133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28" w:type="dxa"/>
            <w:tcBorders>
              <w:bottom w:val="single" w:sz="4" w:space="0" w:color="D9D9D9"/>
            </w:tcBorders>
            <w:tcMar>
              <w:top w:w="90" w:type="dxa"/>
              <w:left w:w="140" w:type="dxa"/>
              <w:bottom w:w="90" w:type="dxa"/>
              <w:right w:w="80" w:type="dxa"/>
            </w:tcMar>
            <w:vAlign w:val="center"/>
          </w:tcPr>
          <w:p w14:paraId="4D7D8B96" w14:textId="77777777" w:rsidR="00A32449" w:rsidRDefault="00000000">
            <w:pPr>
              <w:spacing w:before="20" w:after="60"/>
            </w:pPr>
            <w:r>
              <w:rPr>
                <w:b/>
                <w:sz w:val="22"/>
              </w:rPr>
              <w:t>And then… back to the mind</w:t>
            </w:r>
          </w:p>
          <w:p w14:paraId="6460DCB2" w14:textId="77777777" w:rsidR="00A32449" w:rsidRDefault="00000000">
            <w:pPr>
              <w:spacing w:after="30"/>
            </w:pPr>
            <w:r>
              <w:rPr>
                <w:b/>
                <w:sz w:val="17"/>
              </w:rPr>
              <w:t xml:space="preserve">Medium: </w:t>
            </w:r>
            <w:r>
              <w:rPr>
                <w:sz w:val="17"/>
              </w:rPr>
              <w:t>marker on quarto paper</w:t>
            </w:r>
          </w:p>
          <w:p w14:paraId="72FF8562" w14:textId="77777777" w:rsidR="00A32449" w:rsidRDefault="00000000">
            <w:pPr>
              <w:spacing w:after="30"/>
            </w:pPr>
            <w:r>
              <w:rPr>
                <w:b/>
                <w:sz w:val="17"/>
              </w:rPr>
              <w:t xml:space="preserve">Year: </w:t>
            </w:r>
            <w:r>
              <w:rPr>
                <w:sz w:val="17"/>
              </w:rPr>
              <w:t>c. 1960s</w:t>
            </w:r>
          </w:p>
          <w:p w14:paraId="4FACEFF2" w14:textId="77777777" w:rsidR="00A32449" w:rsidRDefault="00000000">
            <w:pPr>
              <w:spacing w:after="30"/>
            </w:pPr>
            <w:r>
              <w:rPr>
                <w:b/>
                <w:sz w:val="17"/>
              </w:rPr>
              <w:t xml:space="preserve">Price: </w:t>
            </w:r>
            <w:r>
              <w:rPr>
                <w:sz w:val="17"/>
              </w:rPr>
              <w:t>$450</w:t>
            </w:r>
          </w:p>
        </w:tc>
      </w:tr>
      <w:tr w:rsidR="00A32449" w14:paraId="3299D49B" w14:textId="77777777">
        <w:trPr>
          <w:cantSplit/>
          <w:jc w:val="center"/>
        </w:trPr>
        <w:tc>
          <w:tcPr>
            <w:tcW w:w="2665" w:type="dxa"/>
            <w:tcBorders>
              <w:bottom w:val="single" w:sz="4" w:space="0" w:color="D9D9D9"/>
            </w:tcBorders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52113337" w14:textId="77777777" w:rsidR="00A32449" w:rsidRDefault="00000000">
            <w:pPr>
              <w:spacing w:before="40" w:after="40"/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 wp14:anchorId="65F3E8B8" wp14:editId="5933DA85">
                  <wp:extent cx="999000" cy="1332000"/>
                  <wp:effectExtent l="0" t="0" r="0" b="0"/>
                  <wp:docPr id="39" name="Picture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9_Ataud_2381524.jpg"/>
                          <pic:cNvPicPr/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9000" cy="133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28" w:type="dxa"/>
            <w:tcBorders>
              <w:bottom w:val="single" w:sz="4" w:space="0" w:color="D9D9D9"/>
            </w:tcBorders>
            <w:tcMar>
              <w:top w:w="90" w:type="dxa"/>
              <w:left w:w="140" w:type="dxa"/>
              <w:bottom w:w="90" w:type="dxa"/>
              <w:right w:w="80" w:type="dxa"/>
            </w:tcMar>
            <w:vAlign w:val="center"/>
          </w:tcPr>
          <w:p w14:paraId="78E6B1FF" w14:textId="77777777" w:rsidR="00A32449" w:rsidRDefault="00000000">
            <w:pPr>
              <w:spacing w:before="20" w:after="60"/>
            </w:pPr>
            <w:r>
              <w:rPr>
                <w:b/>
                <w:sz w:val="22"/>
              </w:rPr>
              <w:t>Ataúd 2381524</w:t>
            </w:r>
          </w:p>
          <w:p w14:paraId="45478EDA" w14:textId="77777777" w:rsidR="00A32449" w:rsidRDefault="00000000">
            <w:pPr>
              <w:spacing w:after="30"/>
            </w:pPr>
            <w:r>
              <w:rPr>
                <w:b/>
                <w:sz w:val="17"/>
              </w:rPr>
              <w:t xml:space="preserve">Medium: </w:t>
            </w:r>
            <w:r>
              <w:rPr>
                <w:sz w:val="17"/>
              </w:rPr>
              <w:t>ink on graph paper</w:t>
            </w:r>
          </w:p>
          <w:p w14:paraId="65402DC4" w14:textId="77777777" w:rsidR="00A32449" w:rsidRDefault="00000000">
            <w:pPr>
              <w:spacing w:after="30"/>
            </w:pPr>
            <w:r>
              <w:rPr>
                <w:b/>
                <w:sz w:val="17"/>
              </w:rPr>
              <w:t xml:space="preserve">Year: </w:t>
            </w:r>
            <w:r>
              <w:rPr>
                <w:sz w:val="17"/>
              </w:rPr>
              <w:t>1979</w:t>
            </w:r>
          </w:p>
          <w:p w14:paraId="6A28999C" w14:textId="77777777" w:rsidR="00A32449" w:rsidRDefault="00000000">
            <w:pPr>
              <w:spacing w:after="30"/>
            </w:pPr>
            <w:r>
              <w:rPr>
                <w:b/>
                <w:sz w:val="17"/>
              </w:rPr>
              <w:t xml:space="preserve">Price: </w:t>
            </w:r>
            <w:r>
              <w:rPr>
                <w:sz w:val="17"/>
              </w:rPr>
              <w:t>$1,600</w:t>
            </w:r>
          </w:p>
        </w:tc>
      </w:tr>
      <w:tr w:rsidR="00A32449" w14:paraId="7A04C68A" w14:textId="77777777">
        <w:trPr>
          <w:cantSplit/>
          <w:jc w:val="center"/>
        </w:trPr>
        <w:tc>
          <w:tcPr>
            <w:tcW w:w="2665" w:type="dxa"/>
            <w:tcBorders>
              <w:bottom w:val="single" w:sz="4" w:space="0" w:color="D9D9D9"/>
            </w:tcBorders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527E1D77" w14:textId="77777777" w:rsidR="00A32449" w:rsidRDefault="00000000">
            <w:pPr>
              <w:spacing w:before="40" w:after="40"/>
              <w:jc w:val="center"/>
            </w:pPr>
            <w:r>
              <w:rPr>
                <w:noProof/>
              </w:rPr>
              <w:drawing>
                <wp:inline distT="0" distB="0" distL="0" distR="0" wp14:anchorId="35530DF0" wp14:editId="6B9B32AD">
                  <wp:extent cx="999000" cy="1332000"/>
                  <wp:effectExtent l="0" t="1270" r="3175" b="3175"/>
                  <wp:docPr id="40" name="Picture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40_Viva_la_Rebolucion.jpg"/>
                          <pic:cNvPicPr/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999000" cy="133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28" w:type="dxa"/>
            <w:tcBorders>
              <w:bottom w:val="single" w:sz="4" w:space="0" w:color="D9D9D9"/>
            </w:tcBorders>
            <w:tcMar>
              <w:top w:w="90" w:type="dxa"/>
              <w:left w:w="140" w:type="dxa"/>
              <w:bottom w:w="90" w:type="dxa"/>
              <w:right w:w="80" w:type="dxa"/>
            </w:tcMar>
            <w:vAlign w:val="center"/>
          </w:tcPr>
          <w:p w14:paraId="4B3D524B" w14:textId="77777777" w:rsidR="00A32449" w:rsidRDefault="00000000">
            <w:pPr>
              <w:spacing w:before="20" w:after="60"/>
            </w:pPr>
            <w:r>
              <w:rPr>
                <w:b/>
                <w:sz w:val="22"/>
              </w:rPr>
              <w:t>Viva la Rebolucion</w:t>
            </w:r>
          </w:p>
          <w:p w14:paraId="0A8AEEF3" w14:textId="77777777" w:rsidR="00A32449" w:rsidRDefault="00000000">
            <w:pPr>
              <w:spacing w:after="30"/>
            </w:pPr>
            <w:r>
              <w:rPr>
                <w:b/>
                <w:sz w:val="17"/>
              </w:rPr>
              <w:t xml:space="preserve">Medium: </w:t>
            </w:r>
            <w:r>
              <w:rPr>
                <w:sz w:val="17"/>
              </w:rPr>
              <w:t>mimeograph print 5/60, two inks, watermark and rubber stamp</w:t>
            </w:r>
          </w:p>
          <w:p w14:paraId="0EFDA2BE" w14:textId="77777777" w:rsidR="00A32449" w:rsidRDefault="00000000">
            <w:pPr>
              <w:spacing w:after="30"/>
            </w:pPr>
            <w:r>
              <w:rPr>
                <w:b/>
                <w:sz w:val="17"/>
              </w:rPr>
              <w:t xml:space="preserve">Year: </w:t>
            </w:r>
            <w:r>
              <w:rPr>
                <w:sz w:val="17"/>
              </w:rPr>
              <w:t>1972</w:t>
            </w:r>
          </w:p>
          <w:p w14:paraId="33590AEC" w14:textId="77777777" w:rsidR="00A32449" w:rsidRDefault="00000000">
            <w:pPr>
              <w:spacing w:after="30"/>
            </w:pPr>
            <w:r>
              <w:rPr>
                <w:b/>
                <w:sz w:val="17"/>
              </w:rPr>
              <w:t xml:space="preserve">Price: </w:t>
            </w:r>
            <w:r>
              <w:rPr>
                <w:sz w:val="17"/>
              </w:rPr>
              <w:t>$320</w:t>
            </w:r>
          </w:p>
        </w:tc>
      </w:tr>
      <w:tr w:rsidR="00A32449" w14:paraId="194E88AB" w14:textId="77777777">
        <w:trPr>
          <w:cantSplit/>
          <w:jc w:val="center"/>
        </w:trPr>
        <w:tc>
          <w:tcPr>
            <w:tcW w:w="2665" w:type="dxa"/>
            <w:tcBorders>
              <w:bottom w:val="single" w:sz="4" w:space="0" w:color="D9D9D9"/>
            </w:tcBorders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24418EED" w14:textId="77777777" w:rsidR="00A32449" w:rsidRDefault="00000000">
            <w:pPr>
              <w:spacing w:before="40" w:after="40"/>
              <w:jc w:val="center"/>
            </w:pPr>
            <w:r>
              <w:rPr>
                <w:noProof/>
              </w:rPr>
              <w:drawing>
                <wp:inline distT="0" distB="0" distL="0" distR="0" wp14:anchorId="1B1FB16B" wp14:editId="19B8926D">
                  <wp:extent cx="999000" cy="1332000"/>
                  <wp:effectExtent l="0" t="1270" r="3175" b="3175"/>
                  <wp:docPr id="41" name="Picture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41_Rata.jpg"/>
                          <pic:cNvPicPr/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999000" cy="133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28" w:type="dxa"/>
            <w:tcBorders>
              <w:bottom w:val="single" w:sz="4" w:space="0" w:color="D9D9D9"/>
            </w:tcBorders>
            <w:tcMar>
              <w:top w:w="90" w:type="dxa"/>
              <w:left w:w="140" w:type="dxa"/>
              <w:bottom w:w="90" w:type="dxa"/>
              <w:right w:w="80" w:type="dxa"/>
            </w:tcMar>
            <w:vAlign w:val="center"/>
          </w:tcPr>
          <w:p w14:paraId="0214D811" w14:textId="77777777" w:rsidR="00A32449" w:rsidRDefault="00000000">
            <w:pPr>
              <w:spacing w:before="20" w:after="60"/>
            </w:pPr>
            <w:r>
              <w:rPr>
                <w:b/>
                <w:sz w:val="22"/>
              </w:rPr>
              <w:t>Rata</w:t>
            </w:r>
          </w:p>
          <w:p w14:paraId="74B1BFF7" w14:textId="77777777" w:rsidR="00A32449" w:rsidRDefault="00000000">
            <w:pPr>
              <w:spacing w:after="30"/>
            </w:pPr>
            <w:r>
              <w:rPr>
                <w:b/>
                <w:sz w:val="17"/>
              </w:rPr>
              <w:t xml:space="preserve">Medium: </w:t>
            </w:r>
            <w:r>
              <w:rPr>
                <w:sz w:val="17"/>
              </w:rPr>
              <w:t>mimeograph with the artist's watermark</w:t>
            </w:r>
          </w:p>
          <w:p w14:paraId="621E64FC" w14:textId="77777777" w:rsidR="00A32449" w:rsidRDefault="00000000">
            <w:pPr>
              <w:spacing w:after="30"/>
            </w:pPr>
            <w:r>
              <w:rPr>
                <w:b/>
                <w:sz w:val="17"/>
              </w:rPr>
              <w:t xml:space="preserve">Year: </w:t>
            </w:r>
            <w:r>
              <w:rPr>
                <w:sz w:val="17"/>
              </w:rPr>
              <w:t>1972</w:t>
            </w:r>
          </w:p>
          <w:p w14:paraId="43150ADD" w14:textId="77777777" w:rsidR="00A32449" w:rsidRDefault="00000000">
            <w:pPr>
              <w:spacing w:after="30"/>
            </w:pPr>
            <w:r>
              <w:rPr>
                <w:b/>
                <w:sz w:val="17"/>
              </w:rPr>
              <w:t xml:space="preserve">Price: </w:t>
            </w:r>
            <w:r>
              <w:rPr>
                <w:sz w:val="17"/>
              </w:rPr>
              <w:t>$320</w:t>
            </w:r>
          </w:p>
        </w:tc>
      </w:tr>
      <w:tr w:rsidR="00A32449" w14:paraId="7CBD9B45" w14:textId="77777777">
        <w:trPr>
          <w:cantSplit/>
          <w:jc w:val="center"/>
        </w:trPr>
        <w:tc>
          <w:tcPr>
            <w:tcW w:w="2665" w:type="dxa"/>
            <w:tcBorders>
              <w:bottom w:val="single" w:sz="4" w:space="0" w:color="D9D9D9"/>
            </w:tcBorders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74DDCD6D" w14:textId="77777777" w:rsidR="00A32449" w:rsidRDefault="00000000">
            <w:pPr>
              <w:spacing w:before="40" w:after="40"/>
              <w:jc w:val="center"/>
            </w:pPr>
            <w:r>
              <w:rPr>
                <w:noProof/>
              </w:rPr>
              <w:drawing>
                <wp:inline distT="0" distB="0" distL="0" distR="0" wp14:anchorId="7A96BAC4" wp14:editId="2A7DD0DB">
                  <wp:extent cx="999000" cy="1332000"/>
                  <wp:effectExtent l="0" t="1270" r="3175" b="3175"/>
                  <wp:docPr id="42" name="Picture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42_Daves.jpg"/>
                          <pic:cNvPicPr/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999000" cy="133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28" w:type="dxa"/>
            <w:tcBorders>
              <w:bottom w:val="single" w:sz="4" w:space="0" w:color="D9D9D9"/>
            </w:tcBorders>
            <w:tcMar>
              <w:top w:w="90" w:type="dxa"/>
              <w:left w:w="140" w:type="dxa"/>
              <w:bottom w:w="90" w:type="dxa"/>
              <w:right w:w="80" w:type="dxa"/>
            </w:tcMar>
            <w:vAlign w:val="center"/>
          </w:tcPr>
          <w:p w14:paraId="7C1ECF79" w14:textId="77777777" w:rsidR="00A32449" w:rsidRDefault="00000000">
            <w:pPr>
              <w:spacing w:before="20" w:after="60"/>
            </w:pPr>
            <w:r>
              <w:rPr>
                <w:b/>
                <w:sz w:val="22"/>
              </w:rPr>
              <w:t>Dave’s</w:t>
            </w:r>
          </w:p>
          <w:p w14:paraId="450A3EFB" w14:textId="77777777" w:rsidR="00A32449" w:rsidRDefault="00000000">
            <w:pPr>
              <w:spacing w:after="30"/>
            </w:pPr>
            <w:r>
              <w:rPr>
                <w:b/>
                <w:sz w:val="17"/>
              </w:rPr>
              <w:t xml:space="preserve">Medium: </w:t>
            </w:r>
            <w:r>
              <w:rPr>
                <w:sz w:val="17"/>
              </w:rPr>
              <w:t>mimeograph with the artist's watermark</w:t>
            </w:r>
          </w:p>
          <w:p w14:paraId="351EFDEC" w14:textId="77777777" w:rsidR="00A32449" w:rsidRDefault="00000000">
            <w:pPr>
              <w:spacing w:after="30"/>
            </w:pPr>
            <w:r>
              <w:rPr>
                <w:b/>
                <w:sz w:val="17"/>
              </w:rPr>
              <w:t xml:space="preserve">Year: </w:t>
            </w:r>
            <w:r>
              <w:rPr>
                <w:sz w:val="17"/>
              </w:rPr>
              <w:t>1972</w:t>
            </w:r>
          </w:p>
          <w:p w14:paraId="01001F4E" w14:textId="77777777" w:rsidR="00A32449" w:rsidRDefault="00000000">
            <w:pPr>
              <w:spacing w:after="30"/>
            </w:pPr>
            <w:r>
              <w:rPr>
                <w:b/>
                <w:sz w:val="17"/>
              </w:rPr>
              <w:t xml:space="preserve">Price: </w:t>
            </w:r>
            <w:r>
              <w:rPr>
                <w:sz w:val="17"/>
              </w:rPr>
              <w:t>$320</w:t>
            </w:r>
          </w:p>
        </w:tc>
      </w:tr>
      <w:tr w:rsidR="00A32449" w14:paraId="4E374999" w14:textId="77777777">
        <w:trPr>
          <w:cantSplit/>
          <w:jc w:val="center"/>
        </w:trPr>
        <w:tc>
          <w:tcPr>
            <w:tcW w:w="2665" w:type="dxa"/>
            <w:tcBorders>
              <w:bottom w:val="single" w:sz="4" w:space="0" w:color="D9D9D9"/>
            </w:tcBorders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10FA9F28" w14:textId="77777777" w:rsidR="00A32449" w:rsidRDefault="00000000">
            <w:pPr>
              <w:spacing w:before="40" w:after="40"/>
              <w:jc w:val="center"/>
            </w:pPr>
            <w:r>
              <w:rPr>
                <w:noProof/>
              </w:rPr>
              <w:drawing>
                <wp:inline distT="0" distB="0" distL="0" distR="0" wp14:anchorId="105C1EEF" wp14:editId="391B5E63">
                  <wp:extent cx="999000" cy="1332000"/>
                  <wp:effectExtent l="0" t="0" r="0" b="0"/>
                  <wp:docPr id="43" name="Picture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43_Hey_You_country_without_a_name.jpg"/>
                          <pic:cNvPicPr/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9000" cy="133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28" w:type="dxa"/>
            <w:tcBorders>
              <w:bottom w:val="single" w:sz="4" w:space="0" w:color="D9D9D9"/>
            </w:tcBorders>
            <w:tcMar>
              <w:top w:w="90" w:type="dxa"/>
              <w:left w:w="140" w:type="dxa"/>
              <w:bottom w:w="90" w:type="dxa"/>
              <w:right w:w="80" w:type="dxa"/>
            </w:tcMar>
            <w:vAlign w:val="center"/>
          </w:tcPr>
          <w:p w14:paraId="79B86E8F" w14:textId="77777777" w:rsidR="00A32449" w:rsidRDefault="00000000">
            <w:pPr>
              <w:spacing w:before="20" w:after="60"/>
            </w:pPr>
            <w:r>
              <w:rPr>
                <w:b/>
                <w:sz w:val="22"/>
              </w:rPr>
              <w:t>Hey You, country without a name</w:t>
            </w:r>
          </w:p>
          <w:p w14:paraId="33766A86" w14:textId="77777777" w:rsidR="00A32449" w:rsidRDefault="00000000">
            <w:pPr>
              <w:spacing w:after="30"/>
            </w:pPr>
            <w:r>
              <w:rPr>
                <w:b/>
                <w:sz w:val="17"/>
              </w:rPr>
              <w:t xml:space="preserve">Medium: </w:t>
            </w:r>
            <w:r>
              <w:rPr>
                <w:sz w:val="17"/>
              </w:rPr>
              <w:t>colour mimeograph print</w:t>
            </w:r>
          </w:p>
          <w:p w14:paraId="60E152D8" w14:textId="77777777" w:rsidR="00A32449" w:rsidRDefault="00000000">
            <w:pPr>
              <w:spacing w:after="30"/>
            </w:pPr>
            <w:r>
              <w:rPr>
                <w:b/>
                <w:sz w:val="17"/>
              </w:rPr>
              <w:t xml:space="preserve">Year: </w:t>
            </w:r>
            <w:r>
              <w:rPr>
                <w:sz w:val="17"/>
              </w:rPr>
              <w:t>1973</w:t>
            </w:r>
          </w:p>
          <w:p w14:paraId="3F342334" w14:textId="77777777" w:rsidR="00A32449" w:rsidRDefault="00000000">
            <w:pPr>
              <w:spacing w:after="30"/>
            </w:pPr>
            <w:r>
              <w:rPr>
                <w:b/>
                <w:sz w:val="17"/>
              </w:rPr>
              <w:t xml:space="preserve">Price: </w:t>
            </w:r>
            <w:r>
              <w:rPr>
                <w:sz w:val="17"/>
              </w:rPr>
              <w:t>$250</w:t>
            </w:r>
          </w:p>
        </w:tc>
      </w:tr>
      <w:tr w:rsidR="00A32449" w14:paraId="1C4C4822" w14:textId="77777777">
        <w:trPr>
          <w:cantSplit/>
          <w:jc w:val="center"/>
        </w:trPr>
        <w:tc>
          <w:tcPr>
            <w:tcW w:w="2665" w:type="dxa"/>
            <w:tcBorders>
              <w:bottom w:val="single" w:sz="4" w:space="0" w:color="D9D9D9"/>
            </w:tcBorders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3A0F45E7" w14:textId="77777777" w:rsidR="00A32449" w:rsidRDefault="00000000">
            <w:pPr>
              <w:spacing w:before="40" w:after="40"/>
              <w:jc w:val="center"/>
            </w:pPr>
            <w:r>
              <w:rPr>
                <w:noProof/>
              </w:rPr>
              <w:drawing>
                <wp:inline distT="0" distB="0" distL="0" distR="0" wp14:anchorId="6A00D234" wp14:editId="3056B646">
                  <wp:extent cx="999000" cy="1332000"/>
                  <wp:effectExtent l="0" t="1270" r="3175" b="3175"/>
                  <wp:docPr id="44" name="Picture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44_The_Sunday_Times.jpg"/>
                          <pic:cNvPicPr/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999000" cy="133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28" w:type="dxa"/>
            <w:tcBorders>
              <w:bottom w:val="single" w:sz="4" w:space="0" w:color="D9D9D9"/>
            </w:tcBorders>
            <w:tcMar>
              <w:top w:w="90" w:type="dxa"/>
              <w:left w:w="140" w:type="dxa"/>
              <w:bottom w:w="90" w:type="dxa"/>
              <w:right w:w="80" w:type="dxa"/>
            </w:tcMar>
            <w:vAlign w:val="center"/>
          </w:tcPr>
          <w:p w14:paraId="76F98828" w14:textId="77777777" w:rsidR="00A32449" w:rsidRDefault="00000000">
            <w:pPr>
              <w:spacing w:before="20" w:after="60"/>
            </w:pPr>
            <w:r>
              <w:rPr>
                <w:b/>
                <w:sz w:val="22"/>
              </w:rPr>
              <w:t>The Sunday Times</w:t>
            </w:r>
          </w:p>
          <w:p w14:paraId="5DE94D2E" w14:textId="77777777" w:rsidR="00A32449" w:rsidRDefault="00000000">
            <w:pPr>
              <w:spacing w:after="30"/>
            </w:pPr>
            <w:r>
              <w:rPr>
                <w:b/>
                <w:sz w:val="17"/>
              </w:rPr>
              <w:t xml:space="preserve">Medium: </w:t>
            </w:r>
            <w:r>
              <w:rPr>
                <w:sz w:val="17"/>
              </w:rPr>
              <w:t>mimeograph on yellow card in red ink</w:t>
            </w:r>
          </w:p>
          <w:p w14:paraId="5A42D811" w14:textId="77777777" w:rsidR="00A32449" w:rsidRDefault="00000000">
            <w:pPr>
              <w:spacing w:after="30"/>
            </w:pPr>
            <w:r>
              <w:rPr>
                <w:b/>
                <w:sz w:val="17"/>
              </w:rPr>
              <w:t xml:space="preserve">Year: </w:t>
            </w:r>
            <w:r>
              <w:rPr>
                <w:sz w:val="17"/>
              </w:rPr>
              <w:t>1973</w:t>
            </w:r>
          </w:p>
          <w:p w14:paraId="5167F5C4" w14:textId="77777777" w:rsidR="00A32449" w:rsidRDefault="00000000">
            <w:pPr>
              <w:spacing w:after="30"/>
            </w:pPr>
            <w:r>
              <w:rPr>
                <w:b/>
                <w:sz w:val="17"/>
              </w:rPr>
              <w:t xml:space="preserve">Price: </w:t>
            </w:r>
            <w:r>
              <w:rPr>
                <w:sz w:val="17"/>
              </w:rPr>
              <w:t>$150</w:t>
            </w:r>
          </w:p>
        </w:tc>
      </w:tr>
      <w:tr w:rsidR="00A32449" w14:paraId="2D61C05C" w14:textId="77777777">
        <w:trPr>
          <w:cantSplit/>
          <w:jc w:val="center"/>
        </w:trPr>
        <w:tc>
          <w:tcPr>
            <w:tcW w:w="2665" w:type="dxa"/>
            <w:tcBorders>
              <w:bottom w:val="single" w:sz="4" w:space="0" w:color="D9D9D9"/>
            </w:tcBorders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3577F15B" w14:textId="77777777" w:rsidR="00A32449" w:rsidRDefault="00000000">
            <w:pPr>
              <w:spacing w:before="40" w:after="40"/>
              <w:jc w:val="center"/>
            </w:pPr>
            <w:r>
              <w:rPr>
                <w:noProof/>
              </w:rPr>
              <w:drawing>
                <wp:inline distT="0" distB="0" distL="0" distR="0" wp14:anchorId="0BD3A6DE" wp14:editId="2887B0ED">
                  <wp:extent cx="999000" cy="1332000"/>
                  <wp:effectExtent l="0" t="1270" r="3175" b="3175"/>
                  <wp:docPr id="45" name="Picture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45_Pagado_con_notas_musicales.jpg"/>
                          <pic:cNvPicPr/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999000" cy="133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28" w:type="dxa"/>
            <w:tcBorders>
              <w:bottom w:val="single" w:sz="4" w:space="0" w:color="D9D9D9"/>
            </w:tcBorders>
            <w:tcMar>
              <w:top w:w="90" w:type="dxa"/>
              <w:left w:w="140" w:type="dxa"/>
              <w:bottom w:w="90" w:type="dxa"/>
              <w:right w:w="80" w:type="dxa"/>
            </w:tcMar>
            <w:vAlign w:val="center"/>
          </w:tcPr>
          <w:p w14:paraId="557301F4" w14:textId="77777777" w:rsidR="00A32449" w:rsidRDefault="00000000">
            <w:pPr>
              <w:spacing w:before="20" w:after="60"/>
            </w:pPr>
            <w:r>
              <w:rPr>
                <w:b/>
                <w:sz w:val="22"/>
              </w:rPr>
              <w:t>Pagado con notas musicales</w:t>
            </w:r>
          </w:p>
          <w:p w14:paraId="381EDBF0" w14:textId="77777777" w:rsidR="00A32449" w:rsidRDefault="00000000">
            <w:pPr>
              <w:spacing w:after="30"/>
            </w:pPr>
            <w:r>
              <w:rPr>
                <w:b/>
                <w:sz w:val="17"/>
              </w:rPr>
              <w:t xml:space="preserve">Medium: </w:t>
            </w:r>
            <w:r>
              <w:rPr>
                <w:sz w:val="17"/>
              </w:rPr>
              <w:t>ink on paper with gouache and rubber stamp</w:t>
            </w:r>
          </w:p>
          <w:p w14:paraId="12E8480D" w14:textId="77777777" w:rsidR="00A32449" w:rsidRDefault="00000000">
            <w:pPr>
              <w:spacing w:after="30"/>
            </w:pPr>
            <w:r>
              <w:rPr>
                <w:b/>
                <w:sz w:val="17"/>
              </w:rPr>
              <w:t xml:space="preserve">Year: </w:t>
            </w:r>
            <w:r>
              <w:rPr>
                <w:sz w:val="17"/>
              </w:rPr>
              <w:t>1967</w:t>
            </w:r>
          </w:p>
          <w:p w14:paraId="7420E799" w14:textId="77777777" w:rsidR="00A32449" w:rsidRDefault="00000000">
            <w:pPr>
              <w:spacing w:after="30"/>
            </w:pPr>
            <w:r>
              <w:rPr>
                <w:b/>
                <w:sz w:val="17"/>
              </w:rPr>
              <w:t xml:space="preserve">Price: </w:t>
            </w:r>
            <w:r>
              <w:rPr>
                <w:sz w:val="17"/>
              </w:rPr>
              <w:t>$600</w:t>
            </w:r>
          </w:p>
        </w:tc>
      </w:tr>
      <w:tr w:rsidR="00A32449" w14:paraId="61345E43" w14:textId="77777777">
        <w:trPr>
          <w:cantSplit/>
          <w:jc w:val="center"/>
        </w:trPr>
        <w:tc>
          <w:tcPr>
            <w:tcW w:w="2665" w:type="dxa"/>
            <w:tcBorders>
              <w:bottom w:val="single" w:sz="4" w:space="0" w:color="D9D9D9"/>
            </w:tcBorders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1A1D52EE" w14:textId="77777777" w:rsidR="00A32449" w:rsidRDefault="00000000">
            <w:pPr>
              <w:spacing w:before="40" w:after="40"/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 wp14:anchorId="33A05C2B" wp14:editId="19F47E33">
                  <wp:extent cx="999000" cy="1332000"/>
                  <wp:effectExtent l="0" t="0" r="4445" b="1905"/>
                  <wp:docPr id="46" name="Picture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46_Boceto_corazon_estrujado.jpg"/>
                          <pic:cNvPicPr/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 rot="10800000">
                            <a:off x="0" y="0"/>
                            <a:ext cx="999000" cy="133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28" w:type="dxa"/>
            <w:tcBorders>
              <w:bottom w:val="single" w:sz="4" w:space="0" w:color="D9D9D9"/>
            </w:tcBorders>
            <w:tcMar>
              <w:top w:w="90" w:type="dxa"/>
              <w:left w:w="140" w:type="dxa"/>
              <w:bottom w:w="90" w:type="dxa"/>
              <w:right w:w="80" w:type="dxa"/>
            </w:tcMar>
            <w:vAlign w:val="center"/>
          </w:tcPr>
          <w:p w14:paraId="72032F34" w14:textId="77777777" w:rsidR="00A32449" w:rsidRDefault="00000000">
            <w:pPr>
              <w:spacing w:before="20" w:after="60"/>
            </w:pPr>
            <w:r>
              <w:rPr>
                <w:b/>
                <w:sz w:val="22"/>
              </w:rPr>
              <w:t>Boceto corazón estrujado</w:t>
            </w:r>
          </w:p>
          <w:p w14:paraId="7F36C750" w14:textId="77777777" w:rsidR="00A32449" w:rsidRDefault="00000000">
            <w:pPr>
              <w:spacing w:after="30"/>
            </w:pPr>
            <w:r>
              <w:rPr>
                <w:b/>
                <w:sz w:val="17"/>
              </w:rPr>
              <w:t xml:space="preserve">Medium: </w:t>
            </w:r>
            <w:r>
              <w:rPr>
                <w:sz w:val="17"/>
              </w:rPr>
              <w:t>ink on Strathmore Sketch paper</w:t>
            </w:r>
          </w:p>
          <w:p w14:paraId="738937C7" w14:textId="77777777" w:rsidR="00A32449" w:rsidRDefault="00000000">
            <w:pPr>
              <w:spacing w:after="30"/>
            </w:pPr>
            <w:r>
              <w:rPr>
                <w:b/>
                <w:sz w:val="17"/>
              </w:rPr>
              <w:t xml:space="preserve">Year: </w:t>
            </w:r>
            <w:r>
              <w:rPr>
                <w:sz w:val="17"/>
              </w:rPr>
              <w:t>1994</w:t>
            </w:r>
          </w:p>
          <w:p w14:paraId="722DC6E6" w14:textId="77777777" w:rsidR="00A32449" w:rsidRDefault="00000000">
            <w:pPr>
              <w:spacing w:after="30"/>
            </w:pPr>
            <w:r>
              <w:rPr>
                <w:b/>
                <w:sz w:val="17"/>
              </w:rPr>
              <w:t xml:space="preserve">Price: </w:t>
            </w:r>
            <w:r>
              <w:rPr>
                <w:sz w:val="17"/>
              </w:rPr>
              <w:t>$200</w:t>
            </w:r>
          </w:p>
        </w:tc>
      </w:tr>
      <w:tr w:rsidR="00A32449" w14:paraId="54FA358B" w14:textId="77777777">
        <w:trPr>
          <w:cantSplit/>
          <w:jc w:val="center"/>
        </w:trPr>
        <w:tc>
          <w:tcPr>
            <w:tcW w:w="2665" w:type="dxa"/>
            <w:tcBorders>
              <w:bottom w:val="single" w:sz="4" w:space="0" w:color="D9D9D9"/>
            </w:tcBorders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31112228" w14:textId="77777777" w:rsidR="00A32449" w:rsidRDefault="00000000">
            <w:pPr>
              <w:spacing w:before="40" w:after="40"/>
              <w:jc w:val="center"/>
            </w:pPr>
            <w:r>
              <w:rPr>
                <w:noProof/>
              </w:rPr>
              <w:drawing>
                <wp:inline distT="0" distB="0" distL="0" distR="0" wp14:anchorId="5BC141F3" wp14:editId="5C104BEE">
                  <wp:extent cx="999000" cy="1332000"/>
                  <wp:effectExtent l="0" t="1270" r="3175" b="3175"/>
                  <wp:docPr id="47" name="Picture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47_Hombre_y_carro_de_fuego.jpg"/>
                          <pic:cNvPicPr/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999000" cy="133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28" w:type="dxa"/>
            <w:tcBorders>
              <w:bottom w:val="single" w:sz="4" w:space="0" w:color="D9D9D9"/>
            </w:tcBorders>
            <w:tcMar>
              <w:top w:w="90" w:type="dxa"/>
              <w:left w:w="140" w:type="dxa"/>
              <w:bottom w:w="90" w:type="dxa"/>
              <w:right w:w="80" w:type="dxa"/>
            </w:tcMar>
            <w:vAlign w:val="center"/>
          </w:tcPr>
          <w:p w14:paraId="79582EFF" w14:textId="77777777" w:rsidR="00A32449" w:rsidRDefault="00000000">
            <w:pPr>
              <w:spacing w:before="20" w:after="60"/>
            </w:pPr>
            <w:r>
              <w:rPr>
                <w:b/>
                <w:sz w:val="22"/>
              </w:rPr>
              <w:t>Hombre y carro de fuego</w:t>
            </w:r>
          </w:p>
          <w:p w14:paraId="470FDE01" w14:textId="77777777" w:rsidR="00A32449" w:rsidRDefault="00000000">
            <w:pPr>
              <w:spacing w:after="30"/>
            </w:pPr>
            <w:r>
              <w:rPr>
                <w:b/>
                <w:sz w:val="17"/>
              </w:rPr>
              <w:t xml:space="preserve">Medium: </w:t>
            </w:r>
            <w:r>
              <w:rPr>
                <w:sz w:val="17"/>
              </w:rPr>
              <w:t>ink on Strathmore Sketch paper</w:t>
            </w:r>
          </w:p>
          <w:p w14:paraId="46C49F75" w14:textId="77777777" w:rsidR="00A32449" w:rsidRDefault="00000000">
            <w:pPr>
              <w:spacing w:after="30"/>
            </w:pPr>
            <w:r>
              <w:rPr>
                <w:b/>
                <w:sz w:val="17"/>
              </w:rPr>
              <w:t xml:space="preserve">Year: </w:t>
            </w:r>
            <w:r>
              <w:rPr>
                <w:sz w:val="17"/>
              </w:rPr>
              <w:t>1994</w:t>
            </w:r>
          </w:p>
          <w:p w14:paraId="00263635" w14:textId="77777777" w:rsidR="00A32449" w:rsidRDefault="00000000">
            <w:pPr>
              <w:spacing w:after="30"/>
            </w:pPr>
            <w:r>
              <w:rPr>
                <w:b/>
                <w:sz w:val="17"/>
              </w:rPr>
              <w:t xml:space="preserve">Price: </w:t>
            </w:r>
            <w:r>
              <w:rPr>
                <w:sz w:val="17"/>
              </w:rPr>
              <w:t>$200</w:t>
            </w:r>
          </w:p>
        </w:tc>
      </w:tr>
      <w:tr w:rsidR="00A32449" w14:paraId="57FFE82B" w14:textId="77777777">
        <w:trPr>
          <w:cantSplit/>
          <w:jc w:val="center"/>
        </w:trPr>
        <w:tc>
          <w:tcPr>
            <w:tcW w:w="2665" w:type="dxa"/>
            <w:tcBorders>
              <w:bottom w:val="single" w:sz="4" w:space="0" w:color="D9D9D9"/>
            </w:tcBorders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1DE4E85F" w14:textId="77777777" w:rsidR="00A32449" w:rsidRDefault="00000000">
            <w:pPr>
              <w:spacing w:before="40" w:after="40"/>
              <w:jc w:val="center"/>
            </w:pPr>
            <w:r>
              <w:rPr>
                <w:noProof/>
              </w:rPr>
              <w:drawing>
                <wp:inline distT="0" distB="0" distL="0" distR="0" wp14:anchorId="0229F4B0" wp14:editId="2EAD0EE9">
                  <wp:extent cx="999000" cy="1332000"/>
                  <wp:effectExtent l="0" t="0" r="4445" b="1905"/>
                  <wp:docPr id="48" name="Picture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48_Perimenopausia.jpg"/>
                          <pic:cNvPicPr/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 rot="10800000">
                            <a:off x="0" y="0"/>
                            <a:ext cx="999000" cy="133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28" w:type="dxa"/>
            <w:tcBorders>
              <w:bottom w:val="single" w:sz="4" w:space="0" w:color="D9D9D9"/>
            </w:tcBorders>
            <w:tcMar>
              <w:top w:w="90" w:type="dxa"/>
              <w:left w:w="140" w:type="dxa"/>
              <w:bottom w:w="90" w:type="dxa"/>
              <w:right w:w="80" w:type="dxa"/>
            </w:tcMar>
            <w:vAlign w:val="center"/>
          </w:tcPr>
          <w:p w14:paraId="71B34253" w14:textId="77777777" w:rsidR="00A32449" w:rsidRDefault="00000000">
            <w:pPr>
              <w:spacing w:before="20" w:after="60"/>
            </w:pPr>
            <w:r>
              <w:rPr>
                <w:b/>
                <w:sz w:val="22"/>
              </w:rPr>
              <w:t>Perimenopausia</w:t>
            </w:r>
          </w:p>
          <w:p w14:paraId="050464BD" w14:textId="77777777" w:rsidR="00A32449" w:rsidRDefault="00000000">
            <w:pPr>
              <w:spacing w:after="30"/>
            </w:pPr>
            <w:r>
              <w:rPr>
                <w:b/>
                <w:sz w:val="17"/>
              </w:rPr>
              <w:t xml:space="preserve">Medium: </w:t>
            </w:r>
            <w:r>
              <w:rPr>
                <w:sz w:val="17"/>
              </w:rPr>
              <w:t>ink on Strathmore Sketch paper</w:t>
            </w:r>
          </w:p>
          <w:p w14:paraId="1499606F" w14:textId="77777777" w:rsidR="00A32449" w:rsidRDefault="00000000">
            <w:pPr>
              <w:spacing w:after="30"/>
            </w:pPr>
            <w:r>
              <w:rPr>
                <w:b/>
                <w:sz w:val="17"/>
              </w:rPr>
              <w:t xml:space="preserve">Year: </w:t>
            </w:r>
            <w:r>
              <w:rPr>
                <w:sz w:val="17"/>
              </w:rPr>
              <w:t>1995, notes on both sides</w:t>
            </w:r>
          </w:p>
          <w:p w14:paraId="5B153786" w14:textId="77777777" w:rsidR="00A32449" w:rsidRDefault="00000000">
            <w:pPr>
              <w:spacing w:after="30"/>
            </w:pPr>
            <w:r>
              <w:rPr>
                <w:b/>
                <w:sz w:val="17"/>
              </w:rPr>
              <w:t xml:space="preserve">Price: </w:t>
            </w:r>
            <w:r>
              <w:rPr>
                <w:sz w:val="17"/>
              </w:rPr>
              <w:t>$100</w:t>
            </w:r>
          </w:p>
        </w:tc>
      </w:tr>
      <w:tr w:rsidR="00A32449" w14:paraId="58334353" w14:textId="77777777">
        <w:trPr>
          <w:cantSplit/>
          <w:jc w:val="center"/>
        </w:trPr>
        <w:tc>
          <w:tcPr>
            <w:tcW w:w="2665" w:type="dxa"/>
            <w:tcBorders>
              <w:bottom w:val="single" w:sz="4" w:space="0" w:color="D9D9D9"/>
            </w:tcBorders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0F7AA752" w14:textId="77777777" w:rsidR="00A32449" w:rsidRDefault="00000000">
            <w:pPr>
              <w:spacing w:before="40" w:after="40"/>
              <w:jc w:val="center"/>
            </w:pPr>
            <w:r>
              <w:rPr>
                <w:noProof/>
              </w:rPr>
              <w:drawing>
                <wp:inline distT="0" distB="0" distL="0" distR="0" wp14:anchorId="7C9CD608" wp14:editId="27CBFBE6">
                  <wp:extent cx="999000" cy="1332000"/>
                  <wp:effectExtent l="0" t="0" r="0" b="0"/>
                  <wp:docPr id="49" name="Picture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49_Las_cuatro_violaciones.jpg"/>
                          <pic:cNvPicPr/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9000" cy="133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28" w:type="dxa"/>
            <w:tcBorders>
              <w:bottom w:val="single" w:sz="4" w:space="0" w:color="D9D9D9"/>
            </w:tcBorders>
            <w:tcMar>
              <w:top w:w="90" w:type="dxa"/>
              <w:left w:w="140" w:type="dxa"/>
              <w:bottom w:w="90" w:type="dxa"/>
              <w:right w:w="80" w:type="dxa"/>
            </w:tcMar>
            <w:vAlign w:val="center"/>
          </w:tcPr>
          <w:p w14:paraId="6F71A544" w14:textId="77777777" w:rsidR="00A32449" w:rsidRDefault="00000000">
            <w:pPr>
              <w:spacing w:before="20" w:after="60"/>
            </w:pPr>
            <w:r>
              <w:rPr>
                <w:b/>
                <w:sz w:val="22"/>
              </w:rPr>
              <w:t>Las cuatro violaciones</w:t>
            </w:r>
          </w:p>
          <w:p w14:paraId="75DE0F8C" w14:textId="77777777" w:rsidR="00A32449" w:rsidRDefault="00000000">
            <w:pPr>
              <w:spacing w:after="30"/>
            </w:pPr>
            <w:r>
              <w:rPr>
                <w:b/>
                <w:sz w:val="17"/>
              </w:rPr>
              <w:t xml:space="preserve">Medium: </w:t>
            </w:r>
            <w:r>
              <w:rPr>
                <w:sz w:val="17"/>
              </w:rPr>
              <w:t>ink on Strathmore Sketch paper</w:t>
            </w:r>
          </w:p>
          <w:p w14:paraId="630752A3" w14:textId="77777777" w:rsidR="00A32449" w:rsidRDefault="00000000">
            <w:pPr>
              <w:spacing w:after="30"/>
            </w:pPr>
            <w:r>
              <w:rPr>
                <w:b/>
                <w:sz w:val="17"/>
              </w:rPr>
              <w:t xml:space="preserve">Year: </w:t>
            </w:r>
            <w:r>
              <w:rPr>
                <w:sz w:val="17"/>
              </w:rPr>
              <w:t>1998</w:t>
            </w:r>
          </w:p>
          <w:p w14:paraId="2AFA1CE5" w14:textId="77777777" w:rsidR="00A32449" w:rsidRDefault="00000000">
            <w:pPr>
              <w:spacing w:after="30"/>
            </w:pPr>
            <w:r>
              <w:rPr>
                <w:b/>
                <w:sz w:val="17"/>
              </w:rPr>
              <w:t xml:space="preserve">Price: </w:t>
            </w:r>
            <w:r>
              <w:rPr>
                <w:sz w:val="17"/>
              </w:rPr>
              <w:t>$400</w:t>
            </w:r>
          </w:p>
        </w:tc>
      </w:tr>
      <w:tr w:rsidR="00A32449" w14:paraId="24639F68" w14:textId="77777777">
        <w:trPr>
          <w:cantSplit/>
          <w:jc w:val="center"/>
        </w:trPr>
        <w:tc>
          <w:tcPr>
            <w:tcW w:w="2665" w:type="dxa"/>
            <w:tcBorders>
              <w:bottom w:val="single" w:sz="4" w:space="0" w:color="D9D9D9"/>
            </w:tcBorders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41AAA197" w14:textId="77777777" w:rsidR="00A32449" w:rsidRDefault="00000000">
            <w:pPr>
              <w:spacing w:before="40" w:after="40"/>
              <w:jc w:val="center"/>
            </w:pPr>
            <w:r>
              <w:rPr>
                <w:noProof/>
              </w:rPr>
              <w:drawing>
                <wp:inline distT="0" distB="0" distL="0" distR="0" wp14:anchorId="578B7E4B" wp14:editId="1D78F7FD">
                  <wp:extent cx="999000" cy="1332000"/>
                  <wp:effectExtent l="0" t="0" r="0" b="0"/>
                  <wp:docPr id="50" name="Picture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50_Apuntes.jpg"/>
                          <pic:cNvPicPr/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9000" cy="133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28" w:type="dxa"/>
            <w:tcBorders>
              <w:bottom w:val="single" w:sz="4" w:space="0" w:color="D9D9D9"/>
            </w:tcBorders>
            <w:tcMar>
              <w:top w:w="90" w:type="dxa"/>
              <w:left w:w="140" w:type="dxa"/>
              <w:bottom w:w="90" w:type="dxa"/>
              <w:right w:w="80" w:type="dxa"/>
            </w:tcMar>
            <w:vAlign w:val="center"/>
          </w:tcPr>
          <w:p w14:paraId="4A0600E9" w14:textId="77777777" w:rsidR="00A32449" w:rsidRDefault="00000000">
            <w:pPr>
              <w:spacing w:before="20" w:after="60"/>
            </w:pPr>
            <w:r>
              <w:rPr>
                <w:b/>
                <w:sz w:val="22"/>
              </w:rPr>
              <w:t>Apuntes</w:t>
            </w:r>
          </w:p>
          <w:p w14:paraId="635DC96D" w14:textId="77777777" w:rsidR="00A32449" w:rsidRDefault="00000000">
            <w:pPr>
              <w:spacing w:after="30"/>
            </w:pPr>
            <w:r>
              <w:rPr>
                <w:b/>
                <w:sz w:val="17"/>
              </w:rPr>
              <w:t xml:space="preserve">Medium: </w:t>
            </w:r>
            <w:r>
              <w:rPr>
                <w:sz w:val="17"/>
              </w:rPr>
              <w:t>ink on Strathmore Sketch paper</w:t>
            </w:r>
          </w:p>
          <w:p w14:paraId="2005522F" w14:textId="77777777" w:rsidR="00A32449" w:rsidRDefault="00000000">
            <w:pPr>
              <w:spacing w:after="30"/>
            </w:pPr>
            <w:r>
              <w:rPr>
                <w:b/>
                <w:sz w:val="17"/>
              </w:rPr>
              <w:t xml:space="preserve">Year: </w:t>
            </w:r>
            <w:r>
              <w:rPr>
                <w:sz w:val="17"/>
              </w:rPr>
              <w:t>1998</w:t>
            </w:r>
          </w:p>
          <w:p w14:paraId="072EAB05" w14:textId="77777777" w:rsidR="00A32449" w:rsidRDefault="00000000">
            <w:pPr>
              <w:spacing w:after="30"/>
            </w:pPr>
            <w:r>
              <w:rPr>
                <w:b/>
                <w:sz w:val="17"/>
              </w:rPr>
              <w:t xml:space="preserve">Price: </w:t>
            </w:r>
            <w:r>
              <w:rPr>
                <w:sz w:val="17"/>
              </w:rPr>
              <w:t>$200</w:t>
            </w:r>
          </w:p>
        </w:tc>
      </w:tr>
      <w:tr w:rsidR="00A32449" w14:paraId="088F9C9A" w14:textId="77777777">
        <w:trPr>
          <w:cantSplit/>
          <w:jc w:val="center"/>
        </w:trPr>
        <w:tc>
          <w:tcPr>
            <w:tcW w:w="2665" w:type="dxa"/>
            <w:tcBorders>
              <w:bottom w:val="single" w:sz="4" w:space="0" w:color="D9D9D9"/>
            </w:tcBorders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1CE7224A" w14:textId="77777777" w:rsidR="00A32449" w:rsidRDefault="00000000">
            <w:pPr>
              <w:spacing w:before="40" w:after="40"/>
              <w:jc w:val="center"/>
            </w:pPr>
            <w:r>
              <w:rPr>
                <w:noProof/>
              </w:rPr>
              <w:drawing>
                <wp:inline distT="0" distB="0" distL="0" distR="0" wp14:anchorId="44CE583C" wp14:editId="3B1BDFE5">
                  <wp:extent cx="999000" cy="1332000"/>
                  <wp:effectExtent l="0" t="0" r="0" b="0"/>
                  <wp:docPr id="51" name="Picture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51_Proyecto_Mortaja.jpg"/>
                          <pic:cNvPicPr/>
                        </pic:nvPicPr>
                        <pic:blipFill>
                          <a:blip r:embed="rId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9000" cy="133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28" w:type="dxa"/>
            <w:tcBorders>
              <w:bottom w:val="single" w:sz="4" w:space="0" w:color="D9D9D9"/>
            </w:tcBorders>
            <w:tcMar>
              <w:top w:w="90" w:type="dxa"/>
              <w:left w:w="140" w:type="dxa"/>
              <w:bottom w:w="90" w:type="dxa"/>
              <w:right w:w="80" w:type="dxa"/>
            </w:tcMar>
            <w:vAlign w:val="center"/>
          </w:tcPr>
          <w:p w14:paraId="6A1B2BA0" w14:textId="77777777" w:rsidR="00A32449" w:rsidRDefault="00000000">
            <w:pPr>
              <w:spacing w:before="20" w:after="60"/>
            </w:pPr>
            <w:r>
              <w:rPr>
                <w:b/>
                <w:sz w:val="22"/>
              </w:rPr>
              <w:t>Proyecto Mortaja</w:t>
            </w:r>
          </w:p>
          <w:p w14:paraId="2F65828D" w14:textId="77777777" w:rsidR="00A32449" w:rsidRDefault="00000000">
            <w:pPr>
              <w:spacing w:after="30"/>
            </w:pPr>
            <w:r>
              <w:rPr>
                <w:b/>
                <w:sz w:val="17"/>
              </w:rPr>
              <w:t xml:space="preserve">Medium: </w:t>
            </w:r>
            <w:r>
              <w:rPr>
                <w:sz w:val="17"/>
              </w:rPr>
              <w:t>ink on Strathmore Sketch paper, mirror writing</w:t>
            </w:r>
          </w:p>
          <w:p w14:paraId="644E2480" w14:textId="77777777" w:rsidR="00A32449" w:rsidRDefault="00000000">
            <w:pPr>
              <w:spacing w:after="30"/>
            </w:pPr>
            <w:r>
              <w:rPr>
                <w:b/>
                <w:sz w:val="17"/>
              </w:rPr>
              <w:t xml:space="preserve">Year: </w:t>
            </w:r>
            <w:r>
              <w:rPr>
                <w:sz w:val="17"/>
              </w:rPr>
              <w:t>1998</w:t>
            </w:r>
          </w:p>
          <w:p w14:paraId="24DB3511" w14:textId="77777777" w:rsidR="00A32449" w:rsidRDefault="00000000">
            <w:pPr>
              <w:spacing w:after="30"/>
            </w:pPr>
            <w:r>
              <w:rPr>
                <w:b/>
                <w:sz w:val="17"/>
              </w:rPr>
              <w:t xml:space="preserve">Price: </w:t>
            </w:r>
            <w:r>
              <w:rPr>
                <w:sz w:val="17"/>
              </w:rPr>
              <w:t>$200</w:t>
            </w:r>
          </w:p>
        </w:tc>
      </w:tr>
      <w:tr w:rsidR="00A32449" w14:paraId="48A3AC0F" w14:textId="77777777">
        <w:trPr>
          <w:cantSplit/>
          <w:jc w:val="center"/>
        </w:trPr>
        <w:tc>
          <w:tcPr>
            <w:tcW w:w="2665" w:type="dxa"/>
            <w:tcBorders>
              <w:bottom w:val="single" w:sz="4" w:space="0" w:color="D9D9D9"/>
            </w:tcBorders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0877881B" w14:textId="77777777" w:rsidR="00A32449" w:rsidRDefault="00000000">
            <w:pPr>
              <w:spacing w:before="40" w:after="40"/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 wp14:anchorId="376935D3" wp14:editId="5A42AD20">
                  <wp:extent cx="999000" cy="1332000"/>
                  <wp:effectExtent l="0" t="0" r="0" b="0"/>
                  <wp:docPr id="52" name="Picture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52_Telefono_ocupado.jpg"/>
                          <pic:cNvPicPr/>
                        </pic:nvPicPr>
                        <pic:blipFill>
                          <a:blip r:embed="rId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9000" cy="133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28" w:type="dxa"/>
            <w:tcBorders>
              <w:bottom w:val="single" w:sz="4" w:space="0" w:color="D9D9D9"/>
            </w:tcBorders>
            <w:tcMar>
              <w:top w:w="90" w:type="dxa"/>
              <w:left w:w="140" w:type="dxa"/>
              <w:bottom w:w="90" w:type="dxa"/>
              <w:right w:w="80" w:type="dxa"/>
            </w:tcMar>
            <w:vAlign w:val="center"/>
          </w:tcPr>
          <w:p w14:paraId="6CAD2436" w14:textId="77777777" w:rsidR="00A32449" w:rsidRDefault="00000000">
            <w:pPr>
              <w:spacing w:before="20" w:after="60"/>
            </w:pPr>
            <w:r>
              <w:rPr>
                <w:b/>
                <w:sz w:val="22"/>
              </w:rPr>
              <w:t>Teléfono ocupado</w:t>
            </w:r>
          </w:p>
          <w:p w14:paraId="4953127E" w14:textId="77777777" w:rsidR="00A32449" w:rsidRDefault="00000000">
            <w:pPr>
              <w:spacing w:after="30"/>
            </w:pPr>
            <w:r>
              <w:rPr>
                <w:b/>
                <w:sz w:val="17"/>
              </w:rPr>
              <w:t xml:space="preserve">Medium: </w:t>
            </w:r>
            <w:r>
              <w:rPr>
                <w:sz w:val="17"/>
              </w:rPr>
              <w:t>ink on Strathmore Sketch paper, mirror writing</w:t>
            </w:r>
          </w:p>
          <w:p w14:paraId="12F954C0" w14:textId="77777777" w:rsidR="00A32449" w:rsidRDefault="00000000">
            <w:pPr>
              <w:spacing w:after="30"/>
            </w:pPr>
            <w:r>
              <w:rPr>
                <w:b/>
                <w:sz w:val="17"/>
              </w:rPr>
              <w:t xml:space="preserve">Year: </w:t>
            </w:r>
            <w:r>
              <w:rPr>
                <w:sz w:val="17"/>
              </w:rPr>
              <w:t>1998</w:t>
            </w:r>
          </w:p>
          <w:p w14:paraId="02350F96" w14:textId="77777777" w:rsidR="00A32449" w:rsidRDefault="00000000">
            <w:pPr>
              <w:spacing w:after="30"/>
            </w:pPr>
            <w:r>
              <w:rPr>
                <w:b/>
                <w:sz w:val="17"/>
              </w:rPr>
              <w:t xml:space="preserve">Price: </w:t>
            </w:r>
            <w:r>
              <w:rPr>
                <w:sz w:val="17"/>
              </w:rPr>
              <w:t>$200</w:t>
            </w:r>
          </w:p>
        </w:tc>
      </w:tr>
      <w:tr w:rsidR="00A32449" w14:paraId="12509D9C" w14:textId="77777777">
        <w:trPr>
          <w:cantSplit/>
          <w:jc w:val="center"/>
        </w:trPr>
        <w:tc>
          <w:tcPr>
            <w:tcW w:w="2665" w:type="dxa"/>
            <w:tcBorders>
              <w:bottom w:val="single" w:sz="4" w:space="0" w:color="D9D9D9"/>
            </w:tcBorders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4A0C88A1" w14:textId="77777777" w:rsidR="00A32449" w:rsidRDefault="00000000">
            <w:pPr>
              <w:spacing w:before="40" w:after="40"/>
              <w:jc w:val="center"/>
            </w:pPr>
            <w:r>
              <w:rPr>
                <w:noProof/>
              </w:rPr>
              <w:drawing>
                <wp:inline distT="0" distB="0" distL="0" distR="0" wp14:anchorId="4AF89DC9" wp14:editId="3EC9F6D8">
                  <wp:extent cx="999000" cy="1332000"/>
                  <wp:effectExtent l="0" t="0" r="0" b="0"/>
                  <wp:docPr id="53" name="Picture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53_Proyecto_Hombre_que_cae.jpg"/>
                          <pic:cNvPicPr/>
                        </pic:nvPicPr>
                        <pic:blipFill>
                          <a:blip r:embed="rId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9000" cy="133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28" w:type="dxa"/>
            <w:tcBorders>
              <w:bottom w:val="single" w:sz="4" w:space="0" w:color="D9D9D9"/>
            </w:tcBorders>
            <w:tcMar>
              <w:top w:w="90" w:type="dxa"/>
              <w:left w:w="140" w:type="dxa"/>
              <w:bottom w:w="90" w:type="dxa"/>
              <w:right w:w="80" w:type="dxa"/>
            </w:tcMar>
            <w:vAlign w:val="center"/>
          </w:tcPr>
          <w:p w14:paraId="5DE2566A" w14:textId="77777777" w:rsidR="00A32449" w:rsidRDefault="00000000">
            <w:pPr>
              <w:spacing w:before="20" w:after="60"/>
            </w:pPr>
            <w:r>
              <w:rPr>
                <w:b/>
                <w:sz w:val="22"/>
              </w:rPr>
              <w:t>Proyecto, Hombre que cae</w:t>
            </w:r>
          </w:p>
          <w:p w14:paraId="4F19F6C0" w14:textId="77777777" w:rsidR="00A32449" w:rsidRDefault="00000000">
            <w:pPr>
              <w:spacing w:after="30"/>
            </w:pPr>
            <w:r>
              <w:rPr>
                <w:b/>
                <w:sz w:val="17"/>
              </w:rPr>
              <w:t xml:space="preserve">Medium: </w:t>
            </w:r>
            <w:r>
              <w:rPr>
                <w:sz w:val="17"/>
              </w:rPr>
              <w:t>ink on Strathmore Sketch paper, mirror writing</w:t>
            </w:r>
          </w:p>
          <w:p w14:paraId="321C0036" w14:textId="77777777" w:rsidR="00A32449" w:rsidRDefault="00000000">
            <w:pPr>
              <w:spacing w:after="30"/>
            </w:pPr>
            <w:r>
              <w:rPr>
                <w:b/>
                <w:sz w:val="17"/>
              </w:rPr>
              <w:t xml:space="preserve">Year: </w:t>
            </w:r>
            <w:r>
              <w:rPr>
                <w:sz w:val="17"/>
              </w:rPr>
              <w:t>2001</w:t>
            </w:r>
          </w:p>
          <w:p w14:paraId="7740F6FF" w14:textId="77777777" w:rsidR="00A32449" w:rsidRDefault="00000000">
            <w:pPr>
              <w:spacing w:after="30"/>
            </w:pPr>
            <w:r>
              <w:rPr>
                <w:b/>
                <w:sz w:val="17"/>
              </w:rPr>
              <w:t xml:space="preserve">Price: </w:t>
            </w:r>
            <w:r>
              <w:rPr>
                <w:sz w:val="17"/>
              </w:rPr>
              <w:t>$200</w:t>
            </w:r>
          </w:p>
        </w:tc>
      </w:tr>
      <w:tr w:rsidR="00A32449" w14:paraId="56CF1350" w14:textId="77777777">
        <w:trPr>
          <w:cantSplit/>
          <w:jc w:val="center"/>
        </w:trPr>
        <w:tc>
          <w:tcPr>
            <w:tcW w:w="2665" w:type="dxa"/>
            <w:tcBorders>
              <w:bottom w:val="single" w:sz="4" w:space="0" w:color="D9D9D9"/>
            </w:tcBorders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39BB1EA6" w14:textId="77777777" w:rsidR="00A32449" w:rsidRDefault="00000000">
            <w:pPr>
              <w:spacing w:before="40" w:after="40"/>
              <w:jc w:val="center"/>
            </w:pPr>
            <w:r>
              <w:rPr>
                <w:noProof/>
              </w:rPr>
              <w:drawing>
                <wp:inline distT="0" distB="0" distL="0" distR="0" wp14:anchorId="650F999A" wp14:editId="2284A0AF">
                  <wp:extent cx="999000" cy="1332000"/>
                  <wp:effectExtent l="0" t="0" r="0" b="0"/>
                  <wp:docPr id="54" name="Picture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54_Carro_de_fuego.jpg"/>
                          <pic:cNvPicPr/>
                        </pic:nvPicPr>
                        <pic:blipFill>
                          <a:blip r:embed="rId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9000" cy="133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28" w:type="dxa"/>
            <w:tcBorders>
              <w:bottom w:val="single" w:sz="4" w:space="0" w:color="D9D9D9"/>
            </w:tcBorders>
            <w:tcMar>
              <w:top w:w="90" w:type="dxa"/>
              <w:left w:w="140" w:type="dxa"/>
              <w:bottom w:w="90" w:type="dxa"/>
              <w:right w:w="80" w:type="dxa"/>
            </w:tcMar>
            <w:vAlign w:val="center"/>
          </w:tcPr>
          <w:p w14:paraId="5A9389E4" w14:textId="77777777" w:rsidR="00A32449" w:rsidRDefault="00000000">
            <w:pPr>
              <w:spacing w:before="20" w:after="60"/>
            </w:pPr>
            <w:r>
              <w:rPr>
                <w:b/>
                <w:sz w:val="22"/>
              </w:rPr>
              <w:t>Carro de fuego</w:t>
            </w:r>
          </w:p>
          <w:p w14:paraId="691DC385" w14:textId="77777777" w:rsidR="00A32449" w:rsidRDefault="00000000">
            <w:pPr>
              <w:spacing w:after="30"/>
            </w:pPr>
            <w:r>
              <w:rPr>
                <w:b/>
                <w:sz w:val="17"/>
              </w:rPr>
              <w:t xml:space="preserve">Medium: </w:t>
            </w:r>
            <w:r>
              <w:rPr>
                <w:sz w:val="17"/>
              </w:rPr>
              <w:t>ink on Strathmore Sketch paper, written to be read in a mirror</w:t>
            </w:r>
          </w:p>
          <w:p w14:paraId="35E2C166" w14:textId="77777777" w:rsidR="00A32449" w:rsidRDefault="00000000">
            <w:pPr>
              <w:spacing w:after="30"/>
            </w:pPr>
            <w:r>
              <w:rPr>
                <w:b/>
                <w:sz w:val="17"/>
              </w:rPr>
              <w:t xml:space="preserve">Year: </w:t>
            </w:r>
            <w:r>
              <w:rPr>
                <w:sz w:val="17"/>
              </w:rPr>
              <w:t>1994</w:t>
            </w:r>
          </w:p>
          <w:p w14:paraId="5722381A" w14:textId="77777777" w:rsidR="00A32449" w:rsidRDefault="00000000">
            <w:pPr>
              <w:spacing w:after="30"/>
            </w:pPr>
            <w:r>
              <w:rPr>
                <w:b/>
                <w:sz w:val="17"/>
              </w:rPr>
              <w:t xml:space="preserve">Price: </w:t>
            </w:r>
            <w:r>
              <w:rPr>
                <w:sz w:val="17"/>
              </w:rPr>
              <w:t>$200</w:t>
            </w:r>
          </w:p>
        </w:tc>
      </w:tr>
      <w:tr w:rsidR="00A32449" w14:paraId="3298D630" w14:textId="77777777">
        <w:trPr>
          <w:cantSplit/>
          <w:jc w:val="center"/>
        </w:trPr>
        <w:tc>
          <w:tcPr>
            <w:tcW w:w="2665" w:type="dxa"/>
            <w:tcBorders>
              <w:bottom w:val="single" w:sz="4" w:space="0" w:color="D9D9D9"/>
            </w:tcBorders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6124C40B" w14:textId="77777777" w:rsidR="00A32449" w:rsidRDefault="00000000">
            <w:pPr>
              <w:spacing w:before="40" w:after="40"/>
              <w:jc w:val="center"/>
            </w:pPr>
            <w:r>
              <w:rPr>
                <w:noProof/>
              </w:rPr>
              <w:drawing>
                <wp:inline distT="0" distB="0" distL="0" distR="0" wp14:anchorId="55151717" wp14:editId="2523AC11">
                  <wp:extent cx="999000" cy="1332000"/>
                  <wp:effectExtent l="0" t="0" r="0" b="0"/>
                  <wp:docPr id="55" name="Picture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55_Another_movie.jpg"/>
                          <pic:cNvPicPr/>
                        </pic:nvPicPr>
                        <pic:blipFill>
                          <a:blip r:embed="rId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9000" cy="133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28" w:type="dxa"/>
            <w:tcBorders>
              <w:bottom w:val="single" w:sz="4" w:space="0" w:color="D9D9D9"/>
            </w:tcBorders>
            <w:tcMar>
              <w:top w:w="90" w:type="dxa"/>
              <w:left w:w="140" w:type="dxa"/>
              <w:bottom w:w="90" w:type="dxa"/>
              <w:right w:w="80" w:type="dxa"/>
            </w:tcMar>
            <w:vAlign w:val="center"/>
          </w:tcPr>
          <w:p w14:paraId="5A81CDFC" w14:textId="77777777" w:rsidR="00A32449" w:rsidRDefault="00000000">
            <w:pPr>
              <w:spacing w:before="20" w:after="60"/>
            </w:pPr>
            <w:r>
              <w:rPr>
                <w:b/>
                <w:sz w:val="22"/>
              </w:rPr>
              <w:t>Another movie</w:t>
            </w:r>
          </w:p>
          <w:p w14:paraId="40C81D48" w14:textId="77777777" w:rsidR="00A32449" w:rsidRDefault="00000000">
            <w:pPr>
              <w:spacing w:after="30"/>
            </w:pPr>
            <w:r>
              <w:rPr>
                <w:b/>
                <w:sz w:val="17"/>
              </w:rPr>
              <w:t xml:space="preserve">Medium: </w:t>
            </w:r>
            <w:r>
              <w:rPr>
                <w:sz w:val="17"/>
              </w:rPr>
              <w:t>pen on paper</w:t>
            </w:r>
          </w:p>
          <w:p w14:paraId="581819BD" w14:textId="77777777" w:rsidR="00A32449" w:rsidRDefault="00000000">
            <w:pPr>
              <w:spacing w:after="30"/>
            </w:pPr>
            <w:r>
              <w:rPr>
                <w:b/>
                <w:sz w:val="17"/>
              </w:rPr>
              <w:t xml:space="preserve">Year: </w:t>
            </w:r>
            <w:r>
              <w:rPr>
                <w:sz w:val="17"/>
              </w:rPr>
              <w:t>1970</w:t>
            </w:r>
          </w:p>
          <w:p w14:paraId="2FA0458C" w14:textId="77777777" w:rsidR="00A32449" w:rsidRDefault="00000000">
            <w:pPr>
              <w:spacing w:after="30"/>
            </w:pPr>
            <w:r>
              <w:rPr>
                <w:b/>
                <w:sz w:val="17"/>
              </w:rPr>
              <w:t xml:space="preserve">Price: </w:t>
            </w:r>
            <w:r>
              <w:rPr>
                <w:sz w:val="17"/>
              </w:rPr>
              <w:t>$1,000</w:t>
            </w:r>
          </w:p>
        </w:tc>
      </w:tr>
      <w:tr w:rsidR="00A32449" w14:paraId="4B9A86D4" w14:textId="77777777">
        <w:trPr>
          <w:cantSplit/>
          <w:jc w:val="center"/>
        </w:trPr>
        <w:tc>
          <w:tcPr>
            <w:tcW w:w="2665" w:type="dxa"/>
            <w:tcBorders>
              <w:bottom w:val="single" w:sz="4" w:space="0" w:color="D9D9D9"/>
            </w:tcBorders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2C5DD079" w14:textId="77777777" w:rsidR="00A32449" w:rsidRDefault="00000000">
            <w:pPr>
              <w:spacing w:before="40" w:after="40"/>
              <w:jc w:val="center"/>
            </w:pPr>
            <w:r>
              <w:rPr>
                <w:noProof/>
              </w:rPr>
              <w:drawing>
                <wp:inline distT="0" distB="0" distL="0" distR="0" wp14:anchorId="648CD26E" wp14:editId="692FED9C">
                  <wp:extent cx="999000" cy="1332000"/>
                  <wp:effectExtent l="0" t="1270" r="3175" b="3175"/>
                  <wp:docPr id="56" name="Picture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56_Dos_diagramas_de_la_intuicion.jpg"/>
                          <pic:cNvPicPr/>
                        </pic:nvPicPr>
                        <pic:blipFill>
                          <a:blip r:embed="rId60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999000" cy="133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28" w:type="dxa"/>
            <w:tcBorders>
              <w:bottom w:val="single" w:sz="4" w:space="0" w:color="D9D9D9"/>
            </w:tcBorders>
            <w:tcMar>
              <w:top w:w="90" w:type="dxa"/>
              <w:left w:w="140" w:type="dxa"/>
              <w:bottom w:w="90" w:type="dxa"/>
              <w:right w:w="80" w:type="dxa"/>
            </w:tcMar>
            <w:vAlign w:val="center"/>
          </w:tcPr>
          <w:p w14:paraId="26136E0D" w14:textId="77777777" w:rsidR="00A32449" w:rsidRDefault="00000000">
            <w:pPr>
              <w:spacing w:before="20" w:after="60"/>
            </w:pPr>
            <w:r>
              <w:rPr>
                <w:b/>
                <w:sz w:val="22"/>
              </w:rPr>
              <w:t>Dos diagramas de la intuición</w:t>
            </w:r>
          </w:p>
          <w:p w14:paraId="5271B61F" w14:textId="77777777" w:rsidR="00A32449" w:rsidRDefault="00000000">
            <w:pPr>
              <w:spacing w:after="30"/>
            </w:pPr>
            <w:r>
              <w:rPr>
                <w:b/>
                <w:sz w:val="17"/>
              </w:rPr>
              <w:t xml:space="preserve">Medium: </w:t>
            </w:r>
            <w:r>
              <w:rPr>
                <w:sz w:val="17"/>
              </w:rPr>
              <w:t>mimeograph, pencil and watermark</w:t>
            </w:r>
          </w:p>
          <w:p w14:paraId="6F64B573" w14:textId="77777777" w:rsidR="00A32449" w:rsidRDefault="00000000">
            <w:pPr>
              <w:spacing w:after="30"/>
            </w:pPr>
            <w:r>
              <w:rPr>
                <w:b/>
                <w:sz w:val="17"/>
              </w:rPr>
              <w:t xml:space="preserve">Year: </w:t>
            </w:r>
            <w:r>
              <w:rPr>
                <w:sz w:val="17"/>
              </w:rPr>
              <w:t>1973</w:t>
            </w:r>
          </w:p>
          <w:p w14:paraId="0591F617" w14:textId="77777777" w:rsidR="00A32449" w:rsidRDefault="00000000">
            <w:pPr>
              <w:spacing w:after="30"/>
            </w:pPr>
            <w:r>
              <w:rPr>
                <w:b/>
                <w:sz w:val="17"/>
              </w:rPr>
              <w:t xml:space="preserve">Price: </w:t>
            </w:r>
            <w:r>
              <w:rPr>
                <w:sz w:val="17"/>
              </w:rPr>
              <w:t>$320</w:t>
            </w:r>
          </w:p>
        </w:tc>
      </w:tr>
      <w:tr w:rsidR="00A32449" w14:paraId="457A0A24" w14:textId="77777777">
        <w:trPr>
          <w:cantSplit/>
          <w:jc w:val="center"/>
        </w:trPr>
        <w:tc>
          <w:tcPr>
            <w:tcW w:w="2665" w:type="dxa"/>
            <w:tcBorders>
              <w:bottom w:val="single" w:sz="4" w:space="0" w:color="D9D9D9"/>
            </w:tcBorders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02334EE2" w14:textId="77777777" w:rsidR="00A32449" w:rsidRDefault="00000000">
            <w:pPr>
              <w:spacing w:before="40" w:after="40"/>
              <w:jc w:val="center"/>
            </w:pPr>
            <w:r>
              <w:rPr>
                <w:noProof/>
              </w:rPr>
              <w:drawing>
                <wp:inline distT="0" distB="0" distL="0" distR="0" wp14:anchorId="6714ECC1" wp14:editId="28CB9B81">
                  <wp:extent cx="998999" cy="1332000"/>
                  <wp:effectExtent l="0" t="0" r="0" b="0"/>
                  <wp:docPr id="57" name="Picture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57_And_there_with_violence.jpeg"/>
                          <pic:cNvPicPr/>
                        </pic:nvPicPr>
                        <pic:blipFill>
                          <a:blip r:embed="rId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8999" cy="133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28" w:type="dxa"/>
            <w:tcBorders>
              <w:bottom w:val="single" w:sz="4" w:space="0" w:color="D9D9D9"/>
            </w:tcBorders>
            <w:tcMar>
              <w:top w:w="90" w:type="dxa"/>
              <w:left w:w="140" w:type="dxa"/>
              <w:bottom w:w="90" w:type="dxa"/>
              <w:right w:w="80" w:type="dxa"/>
            </w:tcMar>
            <w:vAlign w:val="center"/>
          </w:tcPr>
          <w:p w14:paraId="0565DBBE" w14:textId="77777777" w:rsidR="00A32449" w:rsidRDefault="00000000">
            <w:pPr>
              <w:spacing w:before="20" w:after="60"/>
            </w:pPr>
            <w:r>
              <w:rPr>
                <w:b/>
                <w:sz w:val="22"/>
              </w:rPr>
              <w:t>And there…with violence</w:t>
            </w:r>
          </w:p>
          <w:p w14:paraId="2FABBEE0" w14:textId="77777777" w:rsidR="00A32449" w:rsidRDefault="00000000">
            <w:pPr>
              <w:spacing w:after="30"/>
            </w:pPr>
            <w:r>
              <w:rPr>
                <w:b/>
                <w:sz w:val="17"/>
              </w:rPr>
              <w:t xml:space="preserve">Medium: </w:t>
            </w:r>
            <w:r>
              <w:rPr>
                <w:sz w:val="17"/>
              </w:rPr>
              <w:t>ink on paper</w:t>
            </w:r>
          </w:p>
          <w:p w14:paraId="6AC66059" w14:textId="77777777" w:rsidR="00A32449" w:rsidRDefault="00000000">
            <w:pPr>
              <w:spacing w:after="30"/>
            </w:pPr>
            <w:r>
              <w:rPr>
                <w:b/>
                <w:sz w:val="17"/>
              </w:rPr>
              <w:t xml:space="preserve">Year: </w:t>
            </w:r>
            <w:r>
              <w:rPr>
                <w:sz w:val="17"/>
              </w:rPr>
              <w:t>1963</w:t>
            </w:r>
          </w:p>
          <w:p w14:paraId="576B2BBE" w14:textId="77777777" w:rsidR="00A32449" w:rsidRDefault="00000000">
            <w:pPr>
              <w:spacing w:after="30"/>
            </w:pPr>
            <w:r>
              <w:rPr>
                <w:b/>
                <w:sz w:val="17"/>
              </w:rPr>
              <w:t xml:space="preserve">Price: </w:t>
            </w:r>
            <w:r>
              <w:rPr>
                <w:sz w:val="17"/>
              </w:rPr>
              <w:t>$900</w:t>
            </w:r>
          </w:p>
        </w:tc>
      </w:tr>
      <w:tr w:rsidR="00A32449" w14:paraId="169FB914" w14:textId="77777777">
        <w:trPr>
          <w:cantSplit/>
          <w:jc w:val="center"/>
        </w:trPr>
        <w:tc>
          <w:tcPr>
            <w:tcW w:w="2665" w:type="dxa"/>
            <w:tcBorders>
              <w:bottom w:val="single" w:sz="4" w:space="0" w:color="D9D9D9"/>
            </w:tcBorders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75E3D30D" w14:textId="77777777" w:rsidR="00A32449" w:rsidRDefault="00000000">
            <w:pPr>
              <w:spacing w:before="40" w:after="40"/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 wp14:anchorId="26197337" wp14:editId="3965C62B">
                  <wp:extent cx="1475999" cy="1107000"/>
                  <wp:effectExtent l="0" t="0" r="0" b="0"/>
                  <wp:docPr id="58" name="Picture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58_Gratis.jpeg"/>
                          <pic:cNvPicPr/>
                        </pic:nvPicPr>
                        <pic:blipFill>
                          <a:blip r:embed="rId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5999" cy="1107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28" w:type="dxa"/>
            <w:tcBorders>
              <w:bottom w:val="single" w:sz="4" w:space="0" w:color="D9D9D9"/>
            </w:tcBorders>
            <w:tcMar>
              <w:top w:w="90" w:type="dxa"/>
              <w:left w:w="140" w:type="dxa"/>
              <w:bottom w:w="90" w:type="dxa"/>
              <w:right w:w="80" w:type="dxa"/>
            </w:tcMar>
            <w:vAlign w:val="center"/>
          </w:tcPr>
          <w:p w14:paraId="4024A0F8" w14:textId="77777777" w:rsidR="00A32449" w:rsidRDefault="00000000">
            <w:pPr>
              <w:spacing w:before="20" w:after="60"/>
            </w:pPr>
            <w:r>
              <w:rPr>
                <w:b/>
                <w:sz w:val="22"/>
              </w:rPr>
              <w:t>Gratis</w:t>
            </w:r>
          </w:p>
          <w:p w14:paraId="58401EB0" w14:textId="77777777" w:rsidR="00A32449" w:rsidRDefault="00000000">
            <w:pPr>
              <w:spacing w:after="30"/>
            </w:pPr>
            <w:r>
              <w:rPr>
                <w:b/>
                <w:sz w:val="17"/>
              </w:rPr>
              <w:t xml:space="preserve">Medium: </w:t>
            </w:r>
            <w:r>
              <w:rPr>
                <w:sz w:val="17"/>
              </w:rPr>
              <w:t>hand-cut stencils and colour spray paint on paper</w:t>
            </w:r>
          </w:p>
          <w:p w14:paraId="2EE6228D" w14:textId="77777777" w:rsidR="00A32449" w:rsidRDefault="00000000">
            <w:pPr>
              <w:spacing w:after="30"/>
            </w:pPr>
            <w:r>
              <w:rPr>
                <w:b/>
                <w:sz w:val="17"/>
              </w:rPr>
              <w:t xml:space="preserve">Year: </w:t>
            </w:r>
            <w:r>
              <w:rPr>
                <w:sz w:val="17"/>
              </w:rPr>
              <w:t>1985-1986</w:t>
            </w:r>
          </w:p>
          <w:p w14:paraId="4DC8422E" w14:textId="77777777" w:rsidR="00A32449" w:rsidRDefault="00000000">
            <w:pPr>
              <w:spacing w:after="30"/>
            </w:pPr>
            <w:r>
              <w:rPr>
                <w:b/>
                <w:sz w:val="17"/>
              </w:rPr>
              <w:t xml:space="preserve">Price: </w:t>
            </w:r>
            <w:r>
              <w:rPr>
                <w:sz w:val="17"/>
              </w:rPr>
              <w:t>€4,500</w:t>
            </w:r>
          </w:p>
        </w:tc>
      </w:tr>
    </w:tbl>
    <w:p w14:paraId="088BE9FE" w14:textId="77777777" w:rsidR="00E65A35" w:rsidRDefault="00E65A35"/>
    <w:sectPr w:rsidR="00E65A35" w:rsidSect="00034616">
      <w:footerReference w:type="default" r:id="rId63"/>
      <w:pgSz w:w="12240" w:h="15840"/>
      <w:pgMar w:top="765" w:right="822" w:bottom="765" w:left="82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3632CF6" w14:textId="77777777" w:rsidR="00BA7BE0" w:rsidRDefault="00BA7BE0">
      <w:pPr>
        <w:spacing w:after="0" w:line="240" w:lineRule="auto"/>
      </w:pPr>
      <w:r>
        <w:separator/>
      </w:r>
    </w:p>
  </w:endnote>
  <w:endnote w:type="continuationSeparator" w:id="0">
    <w:p w14:paraId="1ADCB82C" w14:textId="77777777" w:rsidR="00BA7BE0" w:rsidRDefault="00BA7B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notTrueType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1E60BD8" w14:textId="77777777" w:rsidR="00A32449" w:rsidRDefault="00000000">
    <w:pPr>
      <w:pStyle w:val="Footer"/>
      <w:jc w:val="right"/>
    </w:pPr>
    <w:r>
      <w:rPr>
        <w:sz w:val="16"/>
      </w:rPr>
      <w:t xml:space="preserve">Page </w:t>
    </w:r>
    <w:r>
      <w:rPr>
        <w:sz w:val="16"/>
      </w:rPr>
      <w:fldChar w:fldCharType="begin"/>
    </w:r>
    <w:r>
      <w:rPr>
        <w:sz w:val="16"/>
      </w:rPr>
      <w:instrText xml:space="preserve"> PAGE </w:instrText>
    </w:r>
    <w:r>
      <w:rPr>
        <w:sz w:val="16"/>
      </w:rPr>
      <w:fldChar w:fldCharType="separate"/>
    </w:r>
    <w:r w:rsidR="000E3A69">
      <w:rPr>
        <w:noProof/>
        <w:sz w:val="16"/>
      </w:rPr>
      <w:t>1</w:t>
    </w:r>
    <w:r>
      <w:rPr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731E457" w14:textId="77777777" w:rsidR="00BA7BE0" w:rsidRDefault="00BA7BE0">
      <w:pPr>
        <w:spacing w:after="0" w:line="240" w:lineRule="auto"/>
      </w:pPr>
      <w:r>
        <w:separator/>
      </w:r>
    </w:p>
  </w:footnote>
  <w:footnote w:type="continuationSeparator" w:id="0">
    <w:p w14:paraId="6E1157A0" w14:textId="77777777" w:rsidR="00BA7BE0" w:rsidRDefault="00BA7B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56815068">
    <w:abstractNumId w:val="8"/>
  </w:num>
  <w:num w:numId="2" w16cid:durableId="1324352186">
    <w:abstractNumId w:val="6"/>
  </w:num>
  <w:num w:numId="3" w16cid:durableId="761098819">
    <w:abstractNumId w:val="5"/>
  </w:num>
  <w:num w:numId="4" w16cid:durableId="1042942051">
    <w:abstractNumId w:val="4"/>
  </w:num>
  <w:num w:numId="5" w16cid:durableId="1777015074">
    <w:abstractNumId w:val="7"/>
  </w:num>
  <w:num w:numId="6" w16cid:durableId="392504228">
    <w:abstractNumId w:val="3"/>
  </w:num>
  <w:num w:numId="7" w16cid:durableId="1362051996">
    <w:abstractNumId w:val="2"/>
  </w:num>
  <w:num w:numId="8" w16cid:durableId="668756335">
    <w:abstractNumId w:val="1"/>
  </w:num>
  <w:num w:numId="9" w16cid:durableId="76365342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E3A69"/>
    <w:rsid w:val="0015074B"/>
    <w:rsid w:val="0029639D"/>
    <w:rsid w:val="00326F90"/>
    <w:rsid w:val="00471D18"/>
    <w:rsid w:val="005F549D"/>
    <w:rsid w:val="00A32449"/>
    <w:rsid w:val="00AA1D8D"/>
    <w:rsid w:val="00B47730"/>
    <w:rsid w:val="00BA7BE0"/>
    <w:rsid w:val="00CB0664"/>
    <w:rsid w:val="00DA5D81"/>
    <w:rsid w:val="00E65A3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94F190"/>
  <w14:defaultImageDpi w14:val="300"/>
  <w15:docId w15:val="{CFEC2DA4-49F6-4549-903C-C8EF81A0E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eastAsia="Arial" w:hAnsi="Arial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9.jpg"/><Relationship Id="rId21" Type="http://schemas.openxmlformats.org/officeDocument/2006/relationships/image" Target="media/image14.jpg"/><Relationship Id="rId34" Type="http://schemas.openxmlformats.org/officeDocument/2006/relationships/image" Target="media/image27.jpg"/><Relationship Id="rId42" Type="http://schemas.openxmlformats.org/officeDocument/2006/relationships/image" Target="media/image35.jpg"/><Relationship Id="rId47" Type="http://schemas.openxmlformats.org/officeDocument/2006/relationships/image" Target="media/image40.jpg"/><Relationship Id="rId50" Type="http://schemas.openxmlformats.org/officeDocument/2006/relationships/image" Target="media/image43.jpg"/><Relationship Id="rId55" Type="http://schemas.openxmlformats.org/officeDocument/2006/relationships/image" Target="media/image48.jpg"/><Relationship Id="rId63" Type="http://schemas.openxmlformats.org/officeDocument/2006/relationships/footer" Target="footer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jpg"/><Relationship Id="rId29" Type="http://schemas.openxmlformats.org/officeDocument/2006/relationships/image" Target="media/image22.jpg"/><Relationship Id="rId11" Type="http://schemas.openxmlformats.org/officeDocument/2006/relationships/image" Target="media/image4.jpg"/><Relationship Id="rId24" Type="http://schemas.openxmlformats.org/officeDocument/2006/relationships/image" Target="media/image17.jpg"/><Relationship Id="rId32" Type="http://schemas.openxmlformats.org/officeDocument/2006/relationships/image" Target="media/image25.jpg"/><Relationship Id="rId37" Type="http://schemas.openxmlformats.org/officeDocument/2006/relationships/image" Target="media/image30.jpg"/><Relationship Id="rId40" Type="http://schemas.openxmlformats.org/officeDocument/2006/relationships/image" Target="media/image33.jpg"/><Relationship Id="rId45" Type="http://schemas.openxmlformats.org/officeDocument/2006/relationships/image" Target="media/image38.jpg"/><Relationship Id="rId53" Type="http://schemas.openxmlformats.org/officeDocument/2006/relationships/image" Target="media/image46.jpg"/><Relationship Id="rId58" Type="http://schemas.openxmlformats.org/officeDocument/2006/relationships/image" Target="media/image51.jpg"/><Relationship Id="rId5" Type="http://schemas.openxmlformats.org/officeDocument/2006/relationships/webSettings" Target="webSettings.xml"/><Relationship Id="rId61" Type="http://schemas.openxmlformats.org/officeDocument/2006/relationships/image" Target="media/image54.jpeg"/><Relationship Id="rId19" Type="http://schemas.openxmlformats.org/officeDocument/2006/relationships/image" Target="media/image12.jpg"/><Relationship Id="rId14" Type="http://schemas.openxmlformats.org/officeDocument/2006/relationships/image" Target="media/image7.jpg"/><Relationship Id="rId22" Type="http://schemas.openxmlformats.org/officeDocument/2006/relationships/image" Target="media/image15.jpg"/><Relationship Id="rId27" Type="http://schemas.openxmlformats.org/officeDocument/2006/relationships/image" Target="media/image20.jpg"/><Relationship Id="rId30" Type="http://schemas.openxmlformats.org/officeDocument/2006/relationships/image" Target="media/image23.jpg"/><Relationship Id="rId35" Type="http://schemas.openxmlformats.org/officeDocument/2006/relationships/image" Target="media/image28.jpg"/><Relationship Id="rId43" Type="http://schemas.openxmlformats.org/officeDocument/2006/relationships/image" Target="media/image36.jpg"/><Relationship Id="rId48" Type="http://schemas.openxmlformats.org/officeDocument/2006/relationships/image" Target="media/image41.jpg"/><Relationship Id="rId56" Type="http://schemas.openxmlformats.org/officeDocument/2006/relationships/image" Target="media/image49.jpg"/><Relationship Id="rId64" Type="http://schemas.openxmlformats.org/officeDocument/2006/relationships/fontTable" Target="fontTable.xml"/><Relationship Id="rId8" Type="http://schemas.openxmlformats.org/officeDocument/2006/relationships/image" Target="media/image1.jpg"/><Relationship Id="rId51" Type="http://schemas.openxmlformats.org/officeDocument/2006/relationships/image" Target="media/image44.jpg"/><Relationship Id="rId3" Type="http://schemas.openxmlformats.org/officeDocument/2006/relationships/styles" Target="styles.xml"/><Relationship Id="rId12" Type="http://schemas.openxmlformats.org/officeDocument/2006/relationships/image" Target="media/image5.jpg"/><Relationship Id="rId17" Type="http://schemas.openxmlformats.org/officeDocument/2006/relationships/image" Target="media/image10.jpg"/><Relationship Id="rId25" Type="http://schemas.openxmlformats.org/officeDocument/2006/relationships/image" Target="media/image18.jpg"/><Relationship Id="rId33" Type="http://schemas.openxmlformats.org/officeDocument/2006/relationships/image" Target="media/image26.jpg"/><Relationship Id="rId38" Type="http://schemas.openxmlformats.org/officeDocument/2006/relationships/image" Target="media/image31.jpg"/><Relationship Id="rId46" Type="http://schemas.openxmlformats.org/officeDocument/2006/relationships/image" Target="media/image39.jpg"/><Relationship Id="rId59" Type="http://schemas.openxmlformats.org/officeDocument/2006/relationships/image" Target="media/image52.jpg"/><Relationship Id="rId20" Type="http://schemas.openxmlformats.org/officeDocument/2006/relationships/image" Target="media/image13.jpg"/><Relationship Id="rId41" Type="http://schemas.openxmlformats.org/officeDocument/2006/relationships/image" Target="media/image34.jpg"/><Relationship Id="rId54" Type="http://schemas.openxmlformats.org/officeDocument/2006/relationships/image" Target="media/image47.jpg"/><Relationship Id="rId62" Type="http://schemas.openxmlformats.org/officeDocument/2006/relationships/image" Target="media/image55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jpg"/><Relationship Id="rId23" Type="http://schemas.openxmlformats.org/officeDocument/2006/relationships/image" Target="media/image16.jpg"/><Relationship Id="rId28" Type="http://schemas.openxmlformats.org/officeDocument/2006/relationships/image" Target="media/image21.jpg"/><Relationship Id="rId36" Type="http://schemas.openxmlformats.org/officeDocument/2006/relationships/image" Target="media/image29.jpg"/><Relationship Id="rId49" Type="http://schemas.openxmlformats.org/officeDocument/2006/relationships/image" Target="media/image42.jpg"/><Relationship Id="rId57" Type="http://schemas.openxmlformats.org/officeDocument/2006/relationships/image" Target="media/image50.jpg"/><Relationship Id="rId10" Type="http://schemas.openxmlformats.org/officeDocument/2006/relationships/image" Target="media/image3.jpg"/><Relationship Id="rId31" Type="http://schemas.openxmlformats.org/officeDocument/2006/relationships/image" Target="media/image24.jpg"/><Relationship Id="rId44" Type="http://schemas.openxmlformats.org/officeDocument/2006/relationships/image" Target="media/image37.jpg"/><Relationship Id="rId52" Type="http://schemas.openxmlformats.org/officeDocument/2006/relationships/image" Target="media/image45.jpg"/><Relationship Id="rId60" Type="http://schemas.openxmlformats.org/officeDocument/2006/relationships/image" Target="media/image53.jpg"/><Relationship Id="rId65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3" Type="http://schemas.openxmlformats.org/officeDocument/2006/relationships/image" Target="media/image6.jpg"/><Relationship Id="rId18" Type="http://schemas.openxmlformats.org/officeDocument/2006/relationships/image" Target="media/image11.jpg"/><Relationship Id="rId39" Type="http://schemas.openxmlformats.org/officeDocument/2006/relationships/image" Target="media/image3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10</Pages>
  <Words>784</Words>
  <Characters>4470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5244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Segreteria RCHolding</cp:lastModifiedBy>
  <cp:revision>3</cp:revision>
  <dcterms:created xsi:type="dcterms:W3CDTF">2026-09-17T08:41:00Z</dcterms:created>
  <dcterms:modified xsi:type="dcterms:W3CDTF">2026-09-18T22:28:00Z</dcterms:modified>
  <cp:category/>
</cp:coreProperties>
</file>